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241" w:rsidRPr="00F20943" w:rsidRDefault="00107241" w:rsidP="00107241">
      <w:pPr>
        <w:spacing w:after="0" w:line="240" w:lineRule="auto"/>
        <w:jc w:val="center"/>
        <w:rPr>
          <w:rFonts w:asciiTheme="majorHAnsi" w:hAnsiTheme="majorHAnsi" w:cstheme="majorHAnsi"/>
          <w:b/>
        </w:rPr>
      </w:pPr>
      <w:r w:rsidRPr="00F20943">
        <w:rPr>
          <w:rFonts w:asciiTheme="majorHAnsi" w:hAnsiTheme="majorHAnsi" w:cstheme="majorHAnsi"/>
          <w:b/>
        </w:rPr>
        <w:t xml:space="preserve">WNIOSEK O UMORZENIE </w:t>
      </w:r>
      <w:r w:rsidRPr="00F20943">
        <w:rPr>
          <w:rFonts w:asciiTheme="majorHAnsi" w:hAnsiTheme="majorHAnsi" w:cstheme="majorHAnsi"/>
          <w:b/>
        </w:rPr>
        <w:br/>
        <w:t xml:space="preserve">CZĘŚCI POŻYCZKI NA PODJĘCIE DZIAŁALNOŚCI GOSPODARCZEJ </w:t>
      </w:r>
    </w:p>
    <w:p w:rsidR="00107241" w:rsidRPr="00F20943" w:rsidRDefault="00107241" w:rsidP="00107241">
      <w:pPr>
        <w:spacing w:after="0" w:line="240" w:lineRule="auto"/>
        <w:jc w:val="center"/>
        <w:rPr>
          <w:rFonts w:asciiTheme="majorHAnsi" w:hAnsiTheme="majorHAnsi" w:cstheme="majorHAnsi"/>
          <w:b/>
        </w:rPr>
      </w:pPr>
      <w:r w:rsidRPr="00F20943">
        <w:rPr>
          <w:rFonts w:asciiTheme="majorHAnsi" w:hAnsiTheme="majorHAnsi" w:cstheme="majorHAnsi"/>
          <w:b/>
        </w:rPr>
        <w:t>W RAMACH PROGRAMU PIERWSZY BIZNES – WSPARCIE W STARCIE</w:t>
      </w:r>
    </w:p>
    <w:p w:rsidR="00107241" w:rsidRPr="00F20943" w:rsidRDefault="00107241" w:rsidP="004E3DB6">
      <w:pPr>
        <w:spacing w:before="120" w:after="120" w:line="240" w:lineRule="auto"/>
        <w:ind w:left="-142"/>
        <w:rPr>
          <w:rFonts w:asciiTheme="majorHAnsi" w:hAnsiTheme="majorHAnsi" w:cstheme="majorHAnsi"/>
          <w:i/>
        </w:rPr>
      </w:pPr>
      <w:r w:rsidRPr="00F20943">
        <w:rPr>
          <w:rFonts w:asciiTheme="majorHAnsi" w:hAnsiTheme="majorHAnsi" w:cstheme="majorHAnsi"/>
          <w:i/>
        </w:rPr>
        <w:t>(Wypełnia Pożyczkodawca)</w:t>
      </w:r>
    </w:p>
    <w:tbl>
      <w:tblPr>
        <w:tblStyle w:val="Tabela-Siatka"/>
        <w:tblW w:w="10065" w:type="dxa"/>
        <w:tblInd w:w="-601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537"/>
        <w:gridCol w:w="5528"/>
      </w:tblGrid>
      <w:tr w:rsidR="00F20943" w:rsidRPr="00F20943" w:rsidTr="006A23F3">
        <w:trPr>
          <w:trHeight w:val="564"/>
        </w:trPr>
        <w:tc>
          <w:tcPr>
            <w:tcW w:w="4537" w:type="dxa"/>
            <w:shd w:val="clear" w:color="auto" w:fill="D9D9D9" w:themeFill="background1" w:themeFillShade="D9"/>
            <w:vAlign w:val="center"/>
          </w:tcPr>
          <w:p w:rsidR="004E3DB6" w:rsidRPr="00F20943" w:rsidRDefault="004E3DB6" w:rsidP="00707F42">
            <w:pPr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Nazwa Partnera Finansującego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:rsidR="004E3DB6" w:rsidRPr="00F20943" w:rsidRDefault="00492052" w:rsidP="00707F42">
            <w:pPr>
              <w:jc w:val="center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Lubelska Fundacja Rozwoju</w:t>
            </w:r>
          </w:p>
        </w:tc>
      </w:tr>
      <w:tr w:rsidR="00F20943" w:rsidRPr="00F20943" w:rsidTr="006A23F3">
        <w:trPr>
          <w:trHeight w:val="556"/>
        </w:trPr>
        <w:tc>
          <w:tcPr>
            <w:tcW w:w="4537" w:type="dxa"/>
            <w:shd w:val="clear" w:color="auto" w:fill="D9D9D9" w:themeFill="background1" w:themeFillShade="D9"/>
            <w:vAlign w:val="center"/>
          </w:tcPr>
          <w:p w:rsidR="00107241" w:rsidRPr="00F20943" w:rsidRDefault="00107241" w:rsidP="00707F42">
            <w:pPr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Data złożenia wniosku</w:t>
            </w:r>
            <w:r w:rsidR="004E3DB6" w:rsidRPr="00F20943">
              <w:rPr>
                <w:rFonts w:asciiTheme="majorHAnsi" w:hAnsiTheme="majorHAnsi" w:cstheme="majorHAnsi"/>
              </w:rPr>
              <w:t xml:space="preserve"> </w:t>
            </w:r>
            <w:r w:rsidRPr="00F20943">
              <w:rPr>
                <w:rFonts w:asciiTheme="majorHAnsi" w:hAnsiTheme="majorHAnsi" w:cstheme="majorHAnsi"/>
              </w:rPr>
              <w:t>(</w:t>
            </w:r>
            <w:proofErr w:type="spellStart"/>
            <w:r w:rsidRPr="00F20943">
              <w:rPr>
                <w:rFonts w:asciiTheme="majorHAnsi" w:hAnsiTheme="majorHAnsi" w:cstheme="majorHAnsi"/>
              </w:rPr>
              <w:t>dd</w:t>
            </w:r>
            <w:proofErr w:type="spellEnd"/>
            <w:r w:rsidRPr="00F20943">
              <w:rPr>
                <w:rFonts w:asciiTheme="majorHAnsi" w:hAnsiTheme="majorHAnsi" w:cstheme="majorHAnsi"/>
              </w:rPr>
              <w:t>/mm/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rrrr</w:t>
            </w:r>
            <w:proofErr w:type="spellEnd"/>
            <w:r w:rsidRPr="00F20943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:rsidR="00107241" w:rsidRPr="00F20943" w:rsidRDefault="00107241" w:rsidP="00707F42">
            <w:pPr>
              <w:jc w:val="center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_</w:t>
            </w:r>
            <w:r w:rsidR="00BF513A" w:rsidRPr="00F20943">
              <w:rPr>
                <w:rFonts w:asciiTheme="majorHAnsi" w:hAnsiTheme="majorHAnsi" w:cstheme="majorHAnsi"/>
              </w:rPr>
              <w:t>_</w:t>
            </w:r>
            <w:r w:rsidR="004E3DB6" w:rsidRPr="00F20943">
              <w:rPr>
                <w:rFonts w:asciiTheme="majorHAnsi" w:hAnsiTheme="majorHAnsi" w:cstheme="majorHAnsi"/>
              </w:rPr>
              <w:t>__</w:t>
            </w:r>
            <w:r w:rsidRPr="00F20943">
              <w:rPr>
                <w:rFonts w:asciiTheme="majorHAnsi" w:hAnsiTheme="majorHAnsi" w:cstheme="majorHAnsi"/>
              </w:rPr>
              <w:t>_/_</w:t>
            </w:r>
            <w:r w:rsidR="00BF513A" w:rsidRPr="00F20943">
              <w:rPr>
                <w:rFonts w:asciiTheme="majorHAnsi" w:hAnsiTheme="majorHAnsi" w:cstheme="majorHAnsi"/>
              </w:rPr>
              <w:t>_</w:t>
            </w:r>
            <w:r w:rsidR="004E3DB6" w:rsidRPr="00F20943">
              <w:rPr>
                <w:rFonts w:asciiTheme="majorHAnsi" w:hAnsiTheme="majorHAnsi" w:cstheme="majorHAnsi"/>
              </w:rPr>
              <w:t>__</w:t>
            </w:r>
            <w:r w:rsidRPr="00F20943">
              <w:rPr>
                <w:rFonts w:asciiTheme="majorHAnsi" w:hAnsiTheme="majorHAnsi" w:cstheme="majorHAnsi"/>
              </w:rPr>
              <w:t>_/__</w:t>
            </w:r>
            <w:r w:rsidR="00BF513A" w:rsidRPr="00F20943">
              <w:rPr>
                <w:rFonts w:asciiTheme="majorHAnsi" w:hAnsiTheme="majorHAnsi" w:cstheme="majorHAnsi"/>
              </w:rPr>
              <w:t>___</w:t>
            </w:r>
            <w:r w:rsidR="004E3DB6" w:rsidRPr="00F20943">
              <w:rPr>
                <w:rFonts w:asciiTheme="majorHAnsi" w:hAnsiTheme="majorHAnsi" w:cstheme="majorHAnsi"/>
              </w:rPr>
              <w:t>___</w:t>
            </w:r>
            <w:r w:rsidRPr="00F20943">
              <w:rPr>
                <w:rFonts w:asciiTheme="majorHAnsi" w:hAnsiTheme="majorHAnsi" w:cstheme="majorHAnsi"/>
              </w:rPr>
              <w:t>__ r.</w:t>
            </w:r>
          </w:p>
        </w:tc>
      </w:tr>
      <w:tr w:rsidR="00F20943" w:rsidRPr="00F20943" w:rsidTr="00E75BE8">
        <w:trPr>
          <w:trHeight w:val="823"/>
        </w:trPr>
        <w:tc>
          <w:tcPr>
            <w:tcW w:w="4537" w:type="dxa"/>
            <w:shd w:val="clear" w:color="auto" w:fill="D9D9D9" w:themeFill="background1" w:themeFillShade="D9"/>
            <w:vAlign w:val="center"/>
          </w:tcPr>
          <w:p w:rsidR="00642452" w:rsidRPr="00F20943" w:rsidRDefault="00642452" w:rsidP="00707F42">
            <w:pPr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Osoba przyjmująca wniosek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:rsidR="00642452" w:rsidRPr="00F20943" w:rsidRDefault="00642452" w:rsidP="00696423">
            <w:pPr>
              <w:jc w:val="center"/>
              <w:rPr>
                <w:rFonts w:asciiTheme="majorHAnsi" w:hAnsiTheme="majorHAnsi" w:cstheme="majorHAnsi"/>
                <w:i/>
                <w:iCs/>
              </w:rPr>
            </w:pPr>
            <w:r w:rsidRPr="00F20943">
              <w:rPr>
                <w:rFonts w:asciiTheme="majorHAnsi" w:hAnsiTheme="majorHAnsi" w:cstheme="majorHAnsi"/>
                <w:i/>
                <w:iCs/>
              </w:rPr>
              <w:t>…………………………………………………………………..</w:t>
            </w:r>
          </w:p>
          <w:p w:rsidR="00642452" w:rsidRPr="00F20943" w:rsidRDefault="00642452" w:rsidP="00696423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F20943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(podpis pracownika przyjmującego Wniosek)</w:t>
            </w:r>
          </w:p>
        </w:tc>
      </w:tr>
    </w:tbl>
    <w:p w:rsidR="00696423" w:rsidRPr="00F20943" w:rsidRDefault="00696423" w:rsidP="00696423">
      <w:pPr>
        <w:spacing w:before="120" w:after="120" w:line="240" w:lineRule="auto"/>
        <w:ind w:left="-142"/>
        <w:rPr>
          <w:rFonts w:asciiTheme="majorHAnsi" w:hAnsiTheme="majorHAnsi" w:cstheme="majorHAnsi"/>
          <w:i/>
        </w:rPr>
      </w:pPr>
      <w:r w:rsidRPr="00F20943">
        <w:rPr>
          <w:rFonts w:asciiTheme="majorHAnsi" w:hAnsiTheme="majorHAnsi" w:cstheme="majorHAnsi"/>
          <w:i/>
        </w:rPr>
        <w:t>(Wypełnia Pożyczkobiorca)</w:t>
      </w:r>
    </w:p>
    <w:tbl>
      <w:tblPr>
        <w:tblStyle w:val="Tabela-Siatka"/>
        <w:tblW w:w="9998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335"/>
        <w:gridCol w:w="1187"/>
        <w:gridCol w:w="514"/>
        <w:gridCol w:w="1276"/>
        <w:gridCol w:w="1323"/>
        <w:gridCol w:w="236"/>
        <w:gridCol w:w="709"/>
        <w:gridCol w:w="1896"/>
        <w:gridCol w:w="1522"/>
      </w:tblGrid>
      <w:tr w:rsidR="00F20943" w:rsidRPr="00F20943" w:rsidTr="00642452">
        <w:trPr>
          <w:trHeight w:val="312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107241" w:rsidRPr="00F20943" w:rsidRDefault="00696423" w:rsidP="00696423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b/>
              </w:rPr>
            </w:pPr>
            <w:r w:rsidRPr="00F20943">
              <w:rPr>
                <w:rFonts w:asciiTheme="majorHAnsi" w:hAnsiTheme="majorHAnsi" w:cstheme="majorHAnsi"/>
                <w:b/>
              </w:rPr>
              <w:t>DANE POŻYCZKOBIORCY</w:t>
            </w:r>
          </w:p>
        </w:tc>
      </w:tr>
      <w:tr w:rsidR="00F20943" w:rsidRPr="00F20943" w:rsidTr="00E75BE8">
        <w:trPr>
          <w:trHeight w:val="704"/>
          <w:jc w:val="center"/>
        </w:trPr>
        <w:tc>
          <w:tcPr>
            <w:tcW w:w="3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241" w:rsidRPr="00F20943" w:rsidRDefault="00696423" w:rsidP="00707F42">
            <w:pPr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Nazwa</w:t>
            </w:r>
            <w:r w:rsidR="00107241" w:rsidRPr="00F20943">
              <w:rPr>
                <w:rFonts w:asciiTheme="majorHAnsi" w:hAnsiTheme="majorHAnsi" w:cstheme="majorHAnsi"/>
              </w:rPr>
              <w:t xml:space="preserve"> </w:t>
            </w:r>
            <w:r w:rsidRPr="00F20943">
              <w:rPr>
                <w:rFonts w:asciiTheme="majorHAnsi" w:hAnsiTheme="majorHAnsi" w:cstheme="majorHAnsi"/>
              </w:rPr>
              <w:t>Pożyczkobiorcy</w:t>
            </w:r>
          </w:p>
        </w:tc>
        <w:tc>
          <w:tcPr>
            <w:tcW w:w="6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7241" w:rsidRPr="00F20943" w:rsidRDefault="00107241" w:rsidP="00696423">
            <w:pPr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E75BE8">
        <w:trPr>
          <w:trHeight w:val="561"/>
          <w:jc w:val="center"/>
        </w:trPr>
        <w:tc>
          <w:tcPr>
            <w:tcW w:w="3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96423" w:rsidRPr="00F20943" w:rsidRDefault="00696423" w:rsidP="00707F42">
            <w:pPr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Adres siedziby</w:t>
            </w:r>
          </w:p>
        </w:tc>
        <w:tc>
          <w:tcPr>
            <w:tcW w:w="6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423" w:rsidRPr="00F20943" w:rsidRDefault="00696423" w:rsidP="00696423">
            <w:pPr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934DED">
        <w:trPr>
          <w:trHeight w:val="533"/>
          <w:jc w:val="center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NIP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Telefon komórkowy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934DED">
        <w:trPr>
          <w:trHeight w:val="454"/>
          <w:jc w:val="center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PESEL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E-mail</w:t>
            </w:r>
          </w:p>
        </w:tc>
        <w:tc>
          <w:tcPr>
            <w:tcW w:w="3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642452">
        <w:trPr>
          <w:trHeight w:val="239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AB06CC" w:rsidRPr="00F20943" w:rsidRDefault="00AB06CC" w:rsidP="00AB06CC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b/>
              </w:rPr>
            </w:pPr>
            <w:r w:rsidRPr="00F20943">
              <w:rPr>
                <w:rFonts w:asciiTheme="majorHAnsi" w:hAnsiTheme="majorHAnsi" w:cstheme="majorHAnsi"/>
                <w:b/>
              </w:rPr>
              <w:t>DANE UMOWY INWESTYCYJNEJ</w:t>
            </w:r>
          </w:p>
        </w:tc>
      </w:tr>
      <w:tr w:rsidR="00F20943" w:rsidRPr="00F20943" w:rsidTr="00934DED">
        <w:trPr>
          <w:trHeight w:val="454"/>
          <w:jc w:val="center"/>
        </w:trPr>
        <w:tc>
          <w:tcPr>
            <w:tcW w:w="4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Numer Umowy Inwestycyjnej</w:t>
            </w:r>
          </w:p>
        </w:tc>
        <w:tc>
          <w:tcPr>
            <w:tcW w:w="5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934DED">
        <w:trPr>
          <w:trHeight w:val="454"/>
          <w:jc w:val="center"/>
        </w:trPr>
        <w:tc>
          <w:tcPr>
            <w:tcW w:w="4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 xml:space="preserve">Data </w:t>
            </w:r>
            <w:r w:rsidR="00642452" w:rsidRPr="00F20943">
              <w:rPr>
                <w:rFonts w:asciiTheme="majorHAnsi" w:hAnsiTheme="majorHAnsi" w:cstheme="majorHAnsi"/>
              </w:rPr>
              <w:t xml:space="preserve">zawarcia </w:t>
            </w:r>
            <w:r w:rsidRPr="00F20943">
              <w:rPr>
                <w:rFonts w:asciiTheme="majorHAnsi" w:hAnsiTheme="majorHAnsi" w:cstheme="majorHAnsi"/>
              </w:rPr>
              <w:t>Umowy Inwestycyjnej</w:t>
            </w:r>
          </w:p>
        </w:tc>
        <w:tc>
          <w:tcPr>
            <w:tcW w:w="5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642452">
        <w:trPr>
          <w:trHeight w:val="239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AB06CC" w:rsidRPr="00F20943" w:rsidRDefault="00AB06CC" w:rsidP="00AB06CC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b/>
              </w:rPr>
            </w:pPr>
            <w:r w:rsidRPr="00F20943">
              <w:rPr>
                <w:rFonts w:asciiTheme="majorHAnsi" w:hAnsiTheme="majorHAnsi" w:cstheme="majorHAnsi"/>
                <w:b/>
              </w:rPr>
              <w:t>WNIOSEK</w:t>
            </w:r>
          </w:p>
        </w:tc>
      </w:tr>
      <w:tr w:rsidR="00F20943" w:rsidRPr="00F20943" w:rsidTr="00934DED">
        <w:trPr>
          <w:trHeight w:val="1627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Na podstawie § 12 Regulaminu udzielania pożyczek na podjęcie działalności gospodarczej</w:t>
            </w:r>
            <w:r w:rsidR="0068506D" w:rsidRPr="00F20943">
              <w:rPr>
                <w:rStyle w:val="Odwoanieprzypisudolnego"/>
                <w:rFonts w:asciiTheme="majorHAnsi" w:hAnsiTheme="majorHAnsi" w:cstheme="majorHAnsi"/>
              </w:rPr>
              <w:footnoteReference w:id="1"/>
            </w:r>
            <w:r w:rsidRPr="00F20943">
              <w:rPr>
                <w:rFonts w:asciiTheme="majorHAnsi" w:hAnsiTheme="majorHAnsi" w:cstheme="majorHAnsi"/>
              </w:rPr>
              <w:t>, niniejszym wnoszę o jednorazowe umorzenie części pożyczki.</w:t>
            </w:r>
          </w:p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Zgodnie z Regulaminem, wnioskuję o umorzenie kwoty odpowiadającej 6-krotności przeciętnego wynagrodzenia obowiązującego w dniu podpisania Umowy Inwestycyjnej, jednak nie większej niż 5</w:t>
            </w:r>
            <w:r w:rsidR="00642452" w:rsidRPr="00F20943">
              <w:rPr>
                <w:rFonts w:asciiTheme="majorHAnsi" w:hAnsiTheme="majorHAnsi" w:cstheme="majorHAnsi"/>
              </w:rPr>
              <w:t xml:space="preserve">0% wartości udzielonej pożyczki oraz o dodatkową pomoc de </w:t>
            </w:r>
            <w:proofErr w:type="spellStart"/>
            <w:r w:rsidR="00642452" w:rsidRPr="00F20943">
              <w:rPr>
                <w:rFonts w:asciiTheme="majorHAnsi" w:hAnsiTheme="majorHAnsi" w:cstheme="majorHAnsi"/>
              </w:rPr>
              <w:t>minimis</w:t>
            </w:r>
            <w:proofErr w:type="spellEnd"/>
            <w:r w:rsidR="00642452" w:rsidRPr="00F20943">
              <w:rPr>
                <w:rFonts w:asciiTheme="majorHAnsi" w:hAnsiTheme="majorHAnsi" w:cstheme="majorHAnsi"/>
              </w:rPr>
              <w:t>.</w:t>
            </w:r>
          </w:p>
        </w:tc>
      </w:tr>
      <w:tr w:rsidR="00F20943" w:rsidRPr="00F20943" w:rsidTr="00642452">
        <w:trPr>
          <w:trHeight w:val="239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AB06CC" w:rsidRPr="00F20943" w:rsidRDefault="00AB06CC" w:rsidP="00AB06CC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b/>
              </w:rPr>
            </w:pPr>
            <w:r w:rsidRPr="00F20943">
              <w:rPr>
                <w:rFonts w:asciiTheme="majorHAnsi" w:hAnsiTheme="majorHAnsi" w:cstheme="majorHAnsi"/>
                <w:b/>
              </w:rPr>
              <w:t>OŚWIADCZENIA POŻYCZKOBIORCY</w:t>
            </w:r>
          </w:p>
        </w:tc>
      </w:tr>
      <w:tr w:rsidR="00F20943" w:rsidRPr="00F20943" w:rsidTr="006D4B3D">
        <w:trPr>
          <w:trHeight w:val="239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6CC" w:rsidRPr="00F20943" w:rsidRDefault="00AB06CC" w:rsidP="00DC2B2F">
            <w:pPr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Oświadczam, pod rygorem odpowiedzialności karnej, że spełniam wszystkie warunki umorzenia części pożyczki określone w § 12 ust. 1 Regulaminu:</w:t>
            </w:r>
          </w:p>
        </w:tc>
      </w:tr>
      <w:tr w:rsidR="00F20943" w:rsidRPr="00F20943" w:rsidTr="006D4B3D">
        <w:trPr>
          <w:trHeight w:val="200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B06CC" w:rsidRPr="00F20943" w:rsidRDefault="00AB06CC" w:rsidP="00AB06CC">
            <w:pPr>
              <w:pStyle w:val="Akapitzlist"/>
              <w:numPr>
                <w:ilvl w:val="0"/>
                <w:numId w:val="42"/>
              </w:numPr>
              <w:ind w:left="367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F20943">
              <w:rPr>
                <w:rFonts w:asciiTheme="majorHAnsi" w:hAnsiTheme="majorHAnsi" w:cstheme="majorHAnsi"/>
                <w:b/>
                <w:bCs/>
              </w:rPr>
              <w:t>Na etapie ubiegania się o pożyczkę:</w:t>
            </w:r>
          </w:p>
        </w:tc>
      </w:tr>
      <w:tr w:rsidR="00F20943" w:rsidRPr="00F20943" w:rsidTr="006D4B3D">
        <w:trPr>
          <w:trHeight w:val="200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B06CC" w:rsidRPr="00F20943" w:rsidRDefault="00AB06CC" w:rsidP="00AB06CC">
            <w:pPr>
              <w:pStyle w:val="Akapitzlist"/>
              <w:numPr>
                <w:ilvl w:val="0"/>
                <w:numId w:val="43"/>
              </w:numPr>
              <w:ind w:left="509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Byłem/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am</w:t>
            </w:r>
            <w:proofErr w:type="spellEnd"/>
            <w:r w:rsidRPr="00F20943">
              <w:rPr>
                <w:rFonts w:asciiTheme="majorHAnsi" w:hAnsiTheme="majorHAnsi" w:cstheme="majorHAnsi"/>
              </w:rPr>
              <w:t>:</w:t>
            </w:r>
          </w:p>
        </w:tc>
      </w:tr>
      <w:tr w:rsidR="00F20943" w:rsidRPr="00F20943" w:rsidTr="00DC2B2F">
        <w:trPr>
          <w:trHeight w:val="512"/>
          <w:jc w:val="center"/>
        </w:trPr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B06CC" w:rsidRPr="00F20943" w:rsidRDefault="00AE101D" w:rsidP="00AB06CC">
            <w:pPr>
              <w:pStyle w:val="Listapunktowana"/>
              <w:jc w:val="righ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-230686305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68506D" w:rsidRPr="00F20943">
                  <w:rPr>
                    <w:rFonts w:ascii="MS Gothic" w:eastAsia="MS Gothic" w:hAnsi="MS Gothic" w:cstheme="majorHAnsi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dotted" w:sz="4" w:space="0" w:color="auto"/>
              <w:left w:val="nil"/>
              <w:bottom w:val="dashSmallGap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B06CC" w:rsidRPr="00F20943" w:rsidRDefault="00AB06CC" w:rsidP="00AB06CC">
            <w:pPr>
              <w:pStyle w:val="Listapunktowana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osobą bezrobotną</w:t>
            </w: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ashSmallGap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B06CC" w:rsidRPr="00F20943" w:rsidRDefault="00AB06CC" w:rsidP="00AB06CC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4127" w:type="dxa"/>
            <w:gridSpan w:val="3"/>
            <w:tcBorders>
              <w:top w:val="dotted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06CC" w:rsidRPr="00F20943" w:rsidRDefault="00AB06CC" w:rsidP="00AB06CC">
            <w:pPr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6D4B3D">
        <w:trPr>
          <w:trHeight w:val="512"/>
          <w:jc w:val="center"/>
        </w:trPr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Listapunktowana"/>
              <w:jc w:val="right"/>
              <w:rPr>
                <w:rFonts w:asciiTheme="majorHAnsi" w:hAnsiTheme="majorHAnsi" w:cstheme="majorHAnsi"/>
                <w:noProof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379829631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DC2B2F" w:rsidRPr="00F20943">
                  <w:rPr>
                    <w:rFonts w:ascii="MS Gothic" w:eastAsia="MS Gothic" w:hAnsi="MS Gothic" w:cstheme="majorHAnsi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0E4379">
            <w:pPr>
              <w:pStyle w:val="Listapunktowana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opiekunem osoby z niepełnosprawnością</w:t>
            </w: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jc w:val="right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127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6D4B3D">
        <w:trPr>
          <w:trHeight w:val="200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E4379" w:rsidRPr="00F20943" w:rsidRDefault="000E4379" w:rsidP="00AB06CC">
            <w:pPr>
              <w:pStyle w:val="Akapitzlist"/>
              <w:numPr>
                <w:ilvl w:val="0"/>
                <w:numId w:val="43"/>
              </w:numPr>
              <w:ind w:left="509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Nie otrzymałem/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am</w:t>
            </w:r>
            <w:proofErr w:type="spellEnd"/>
            <w:r w:rsidRPr="00F20943">
              <w:rPr>
                <w:rFonts w:asciiTheme="majorHAnsi" w:hAnsiTheme="majorHAnsi" w:cstheme="majorHAnsi"/>
              </w:rPr>
              <w:t xml:space="preserve"> bezzwrotnych środków Funduszu Pracy ani innych bezzwrotnych środków publicznych na podjęcie działalności gospodarczej, działalności rolniczej, ani też na założenie lub przystąpienie do spółdzielni socjalnej.</w:t>
            </w:r>
          </w:p>
        </w:tc>
      </w:tr>
      <w:tr w:rsidR="00F20943" w:rsidRPr="00F20943" w:rsidTr="006D4B3D">
        <w:trPr>
          <w:trHeight w:val="200"/>
          <w:jc w:val="center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-1446616469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A63252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 xml:space="preserve">tak, </w:t>
            </w:r>
            <w:r w:rsidR="000E4379" w:rsidRPr="00F20943">
              <w:rPr>
                <w:rFonts w:asciiTheme="majorHAnsi" w:hAnsiTheme="majorHAnsi" w:cstheme="majorHAnsi"/>
              </w:rPr>
              <w:t>nie otrzymałem/</w:t>
            </w:r>
            <w:proofErr w:type="spellStart"/>
            <w:r w:rsidR="000E4379" w:rsidRPr="00F20943">
              <w:rPr>
                <w:rFonts w:asciiTheme="majorHAnsi" w:hAnsiTheme="majorHAnsi" w:cstheme="majorHAnsi"/>
              </w:rPr>
              <w:t>am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dotted" w:sz="4" w:space="0" w:color="auto"/>
              <w:bottom w:val="dashSmallGap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6D4B3D">
        <w:trPr>
          <w:trHeight w:val="200"/>
          <w:jc w:val="center"/>
        </w:trPr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977962443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otrzymałem/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am</w:t>
            </w:r>
            <w:proofErr w:type="spellEnd"/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127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6D4B3D">
        <w:trPr>
          <w:trHeight w:val="497"/>
          <w:jc w:val="center"/>
        </w:trPr>
        <w:tc>
          <w:tcPr>
            <w:tcW w:w="8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E4379" w:rsidRPr="00F20943" w:rsidRDefault="000E4379" w:rsidP="00DC2B2F">
            <w:pPr>
              <w:pStyle w:val="Akapitzlist"/>
              <w:numPr>
                <w:ilvl w:val="0"/>
                <w:numId w:val="43"/>
              </w:numPr>
              <w:ind w:left="509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W okresie 12 miesięcy bezpośrednio poprzedzających dzień złożenia wniosku o pożyczkę na podjęcie działalności gospodarczej</w:t>
            </w:r>
            <w:r w:rsidR="00DC2B2F" w:rsidRPr="00F20943">
              <w:rPr>
                <w:rFonts w:asciiTheme="majorHAnsi" w:hAnsiTheme="majorHAnsi" w:cstheme="majorHAnsi"/>
              </w:rPr>
              <w:t xml:space="preserve"> </w:t>
            </w:r>
            <w:r w:rsidR="00DC2B2F" w:rsidRPr="00F20943">
              <w:rPr>
                <w:rFonts w:asciiTheme="majorHAnsi" w:hAnsiTheme="majorHAnsi" w:cstheme="majorHAnsi"/>
                <w:b/>
              </w:rPr>
              <w:t>(DOTYCZY OSOBY BEZROBOTNEJ)</w:t>
            </w:r>
            <w:r w:rsidRPr="00F20943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379" w:rsidRPr="00F20943" w:rsidRDefault="00AE101D" w:rsidP="00AB06CC">
            <w:pPr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1615022985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  <w:r w:rsidR="000E4379" w:rsidRPr="00F20943">
              <w:rPr>
                <w:rFonts w:asciiTheme="majorHAnsi" w:hAnsiTheme="majorHAnsi" w:cstheme="majorHAnsi"/>
                <w:noProof/>
              </w:rPr>
              <w:t xml:space="preserve"> nie dotyczy</w:t>
            </w:r>
          </w:p>
        </w:tc>
      </w:tr>
      <w:tr w:rsidR="00F20943" w:rsidRPr="00F20943" w:rsidTr="006D4B3D">
        <w:trPr>
          <w:trHeight w:val="605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4379" w:rsidRPr="00F20943" w:rsidRDefault="000E4379" w:rsidP="00DC2B2F">
            <w:pPr>
              <w:pStyle w:val="Akapitzlist"/>
              <w:numPr>
                <w:ilvl w:val="0"/>
                <w:numId w:val="44"/>
              </w:numPr>
              <w:ind w:left="509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nie przerwałem/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am</w:t>
            </w:r>
            <w:proofErr w:type="spellEnd"/>
            <w:r w:rsidRPr="00F20943">
              <w:rPr>
                <w:rFonts w:asciiTheme="majorHAnsi" w:hAnsiTheme="majorHAnsi" w:cstheme="majorHAnsi"/>
              </w:rPr>
              <w:t xml:space="preserve"> z własnej winy szkolenia, stażu, realizacji indywidualnego planu działania, udziału w działaniach w ramach Programu Aktywizacja i Integracja, o którym mowa w art. 62a ustawy</w:t>
            </w:r>
            <w:r w:rsidR="0068506D" w:rsidRPr="00F20943">
              <w:rPr>
                <w:rStyle w:val="Odwoanieprzypisudolnego"/>
                <w:rFonts w:asciiTheme="majorHAnsi" w:hAnsiTheme="majorHAnsi" w:cstheme="majorHAnsi"/>
              </w:rPr>
              <w:footnoteReference w:id="2"/>
            </w:r>
            <w:r w:rsidRPr="00F20943">
              <w:rPr>
                <w:rFonts w:asciiTheme="majorHAnsi" w:hAnsiTheme="majorHAnsi" w:cstheme="majorHAnsi"/>
              </w:rPr>
              <w:t>, wykonywania prac społecznie użytecznych lub innej formy pomocy określonej w ustawie,</w:t>
            </w:r>
          </w:p>
        </w:tc>
      </w:tr>
      <w:tr w:rsidR="00F20943" w:rsidRPr="00F20943" w:rsidTr="00DC2B2F">
        <w:trPr>
          <w:trHeight w:val="200"/>
          <w:jc w:val="center"/>
        </w:trPr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-1061084768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A63252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 xml:space="preserve">tak, </w:t>
            </w:r>
            <w:r w:rsidR="000E4379" w:rsidRPr="00F20943">
              <w:rPr>
                <w:rFonts w:asciiTheme="majorHAnsi" w:hAnsiTheme="majorHAnsi" w:cstheme="majorHAnsi"/>
              </w:rPr>
              <w:t>nie przerwałem/</w:t>
            </w:r>
            <w:proofErr w:type="spellStart"/>
            <w:r w:rsidR="000E4379" w:rsidRPr="00F20943">
              <w:rPr>
                <w:rFonts w:asciiTheme="majorHAnsi" w:hAnsiTheme="majorHAnsi" w:cstheme="majorHAnsi"/>
              </w:rPr>
              <w:t>am</w:t>
            </w:r>
            <w:proofErr w:type="spellEnd"/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412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DC2B2F">
        <w:trPr>
          <w:trHeight w:val="200"/>
          <w:jc w:val="center"/>
        </w:trPr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1316307114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przerwałem/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am</w:t>
            </w:r>
            <w:proofErr w:type="spellEnd"/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12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934DED">
        <w:trPr>
          <w:trHeight w:val="200"/>
          <w:jc w:val="center"/>
        </w:trPr>
        <w:tc>
          <w:tcPr>
            <w:tcW w:w="9998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4379" w:rsidRPr="00F20943" w:rsidRDefault="000E4379" w:rsidP="00AB06CC">
            <w:pPr>
              <w:pStyle w:val="Akapitzlist"/>
              <w:numPr>
                <w:ilvl w:val="0"/>
                <w:numId w:val="44"/>
              </w:numPr>
              <w:ind w:left="509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nie odmówiłem/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am</w:t>
            </w:r>
            <w:proofErr w:type="spellEnd"/>
            <w:r w:rsidRPr="00F20943">
              <w:rPr>
                <w:rFonts w:asciiTheme="majorHAnsi" w:hAnsiTheme="majorHAnsi" w:cstheme="majorHAnsi"/>
              </w:rPr>
              <w:t xml:space="preserve"> bez uzasadnionej przyczyny przyjęcia propozycji odpowiedniej pracy lub innej formy pomocy określonej w ustawie oraz udziału w działaniach w ramach Programu Aktywizacja i Integracja, o którym mowa w art. 62a ustawy,</w:t>
            </w:r>
          </w:p>
        </w:tc>
      </w:tr>
      <w:tr w:rsidR="00F20943" w:rsidRPr="00F20943" w:rsidTr="00DC2B2F">
        <w:trPr>
          <w:trHeight w:val="200"/>
          <w:jc w:val="center"/>
        </w:trPr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-1860884329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A63252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 xml:space="preserve">tak, </w:t>
            </w:r>
            <w:r w:rsidR="000E4379" w:rsidRPr="00F20943">
              <w:rPr>
                <w:rFonts w:asciiTheme="majorHAnsi" w:hAnsiTheme="majorHAnsi" w:cstheme="majorHAnsi"/>
              </w:rPr>
              <w:t>nie odmówiłem/</w:t>
            </w:r>
            <w:proofErr w:type="spellStart"/>
            <w:r w:rsidR="000E4379" w:rsidRPr="00F20943">
              <w:rPr>
                <w:rFonts w:asciiTheme="majorHAnsi" w:hAnsiTheme="majorHAnsi" w:cstheme="majorHAnsi"/>
              </w:rPr>
              <w:t>am</w:t>
            </w:r>
            <w:proofErr w:type="spellEnd"/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412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DC2B2F">
        <w:trPr>
          <w:trHeight w:val="200"/>
          <w:jc w:val="center"/>
        </w:trPr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2036308537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odmówiłem/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am</w:t>
            </w:r>
            <w:proofErr w:type="spellEnd"/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12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934DED">
        <w:trPr>
          <w:trHeight w:val="200"/>
          <w:jc w:val="center"/>
        </w:trPr>
        <w:tc>
          <w:tcPr>
            <w:tcW w:w="9998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4379" w:rsidRPr="00F20943" w:rsidRDefault="000E4379" w:rsidP="00AB06CC">
            <w:pPr>
              <w:pStyle w:val="Akapitzlist"/>
              <w:numPr>
                <w:ilvl w:val="0"/>
                <w:numId w:val="44"/>
              </w:numPr>
              <w:ind w:left="509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po skierowaniu podjąłem/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am</w:t>
            </w:r>
            <w:proofErr w:type="spellEnd"/>
            <w:r w:rsidRPr="00F20943">
              <w:rPr>
                <w:rFonts w:asciiTheme="majorHAnsi" w:hAnsiTheme="majorHAnsi" w:cstheme="majorHAnsi"/>
              </w:rPr>
              <w:t xml:space="preserve"> szkolenie, przygotowanie zawodowe dorosłych, staż, prace społecznie użyteczne lub inną formę pomocy określoną w ustawie,</w:t>
            </w:r>
          </w:p>
        </w:tc>
      </w:tr>
      <w:tr w:rsidR="00F20943" w:rsidRPr="00F20943" w:rsidTr="00DC2B2F">
        <w:trPr>
          <w:trHeight w:val="323"/>
          <w:jc w:val="center"/>
        </w:trPr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1131830352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dotted" w:sz="4" w:space="0" w:color="auto"/>
              <w:left w:val="nil"/>
              <w:bottom w:val="dashSmallGap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tak podjąłem/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am</w:t>
            </w:r>
            <w:proofErr w:type="spellEnd"/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ashSmallGap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4127" w:type="dxa"/>
            <w:gridSpan w:val="3"/>
            <w:tcBorders>
              <w:top w:val="dotted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6D4B3D">
        <w:trPr>
          <w:trHeight w:val="323"/>
          <w:jc w:val="center"/>
        </w:trPr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-1302524403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nie zostałem/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am</w:t>
            </w:r>
            <w:proofErr w:type="spellEnd"/>
            <w:r w:rsidRPr="00F20943">
              <w:rPr>
                <w:rFonts w:asciiTheme="majorHAnsi" w:hAnsiTheme="majorHAnsi" w:cstheme="majorHAnsi"/>
              </w:rPr>
              <w:t xml:space="preserve"> skierowany</w:t>
            </w: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127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6D4B3D">
        <w:trPr>
          <w:trHeight w:val="200"/>
          <w:jc w:val="center"/>
        </w:trPr>
        <w:tc>
          <w:tcPr>
            <w:tcW w:w="8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E4379" w:rsidRPr="00F20943" w:rsidRDefault="000E4379" w:rsidP="00DC2B2F">
            <w:pPr>
              <w:pStyle w:val="Akapitzlist"/>
              <w:numPr>
                <w:ilvl w:val="0"/>
                <w:numId w:val="43"/>
              </w:numPr>
              <w:ind w:left="509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W okresie 12 miesięcy bezpośrednio poprzedzających dzień złożenia wniosku o pożyczkę na podjęcie działalności gospodarczej, nie przerwałem/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am</w:t>
            </w:r>
            <w:proofErr w:type="spellEnd"/>
            <w:r w:rsidRPr="00F20943">
              <w:rPr>
                <w:rFonts w:asciiTheme="majorHAnsi" w:hAnsiTheme="majorHAnsi" w:cstheme="majorHAnsi"/>
              </w:rPr>
              <w:t xml:space="preserve"> z własnej winy szkolenia, stażu, pracy interwencyjnej, studiów podyplomowych, przygotowania zawodowego dorosłych</w:t>
            </w:r>
            <w:r w:rsidR="00DC2B2F" w:rsidRPr="00F20943">
              <w:rPr>
                <w:rFonts w:asciiTheme="majorHAnsi" w:hAnsiTheme="majorHAnsi" w:cstheme="majorHAnsi"/>
              </w:rPr>
              <w:t xml:space="preserve"> </w:t>
            </w:r>
            <w:r w:rsidR="00DC2B2F" w:rsidRPr="00F20943">
              <w:rPr>
                <w:rFonts w:asciiTheme="majorHAnsi" w:hAnsiTheme="majorHAnsi" w:cstheme="majorHAnsi"/>
                <w:b/>
              </w:rPr>
              <w:t>(DOTYCZY OPIEKUNA OSOBY Z NIEPEŁNOSPRAWNOŚCIĄ)</w:t>
            </w:r>
            <w:r w:rsidR="00DC2B2F" w:rsidRPr="00F20943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379" w:rsidRPr="00F20943" w:rsidRDefault="00AE101D" w:rsidP="00AB06CC">
            <w:pPr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974563927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  <w:r w:rsidR="000E4379" w:rsidRPr="00F20943">
              <w:rPr>
                <w:rFonts w:asciiTheme="majorHAnsi" w:hAnsiTheme="majorHAnsi" w:cstheme="majorHAnsi"/>
                <w:noProof/>
              </w:rPr>
              <w:t xml:space="preserve"> nie dotyczy</w:t>
            </w:r>
          </w:p>
        </w:tc>
      </w:tr>
      <w:tr w:rsidR="00F20943" w:rsidRPr="00F20943" w:rsidTr="006D4B3D">
        <w:trPr>
          <w:trHeight w:val="200"/>
          <w:jc w:val="center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1499842008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nie przerwałem/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am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dotted" w:sz="4" w:space="0" w:color="auto"/>
              <w:bottom w:val="dashSmallGap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6D4B3D">
        <w:trPr>
          <w:trHeight w:val="200"/>
          <w:jc w:val="center"/>
        </w:trPr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1183239549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przerwałem/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am</w:t>
            </w:r>
            <w:proofErr w:type="spellEnd"/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127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A63252">
        <w:trPr>
          <w:trHeight w:val="527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E4379" w:rsidRPr="00F20943" w:rsidRDefault="000E4379" w:rsidP="00A63252">
            <w:pPr>
              <w:pStyle w:val="Akapitzlist"/>
              <w:numPr>
                <w:ilvl w:val="0"/>
                <w:numId w:val="42"/>
              </w:numPr>
              <w:ind w:left="429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  <w:b/>
                <w:bCs/>
              </w:rPr>
              <w:t>Prowadziłem/</w:t>
            </w:r>
            <w:proofErr w:type="spellStart"/>
            <w:r w:rsidRPr="00F20943">
              <w:rPr>
                <w:rFonts w:asciiTheme="majorHAnsi" w:hAnsiTheme="majorHAnsi" w:cstheme="majorHAnsi"/>
                <w:b/>
                <w:bCs/>
              </w:rPr>
              <w:t>am</w:t>
            </w:r>
            <w:proofErr w:type="spellEnd"/>
            <w:r w:rsidRPr="00F20943">
              <w:rPr>
                <w:rFonts w:asciiTheme="majorHAnsi" w:hAnsiTheme="majorHAnsi" w:cstheme="majorHAnsi"/>
                <w:b/>
                <w:bCs/>
              </w:rPr>
              <w:t xml:space="preserve"> działalność gospodarczą przez co najmniej 12 miesięcy</w:t>
            </w:r>
            <w:r w:rsidR="0068506D" w:rsidRPr="00F20943">
              <w:rPr>
                <w:rStyle w:val="Odwoanieprzypisudolnego"/>
                <w:rFonts w:asciiTheme="majorHAnsi" w:hAnsiTheme="majorHAnsi" w:cstheme="majorHAnsi"/>
                <w:b/>
                <w:bCs/>
              </w:rPr>
              <w:footnoteReference w:id="3"/>
            </w:r>
            <w:r w:rsidRPr="00F20943">
              <w:rPr>
                <w:rFonts w:asciiTheme="majorHAnsi" w:hAnsiTheme="majorHAnsi" w:cstheme="majorHAnsi"/>
                <w:b/>
                <w:bCs/>
              </w:rPr>
              <w:t>.</w:t>
            </w:r>
          </w:p>
        </w:tc>
      </w:tr>
      <w:tr w:rsidR="00F20943" w:rsidRPr="00F20943" w:rsidTr="006D4B3D">
        <w:trPr>
          <w:trHeight w:val="200"/>
          <w:jc w:val="center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-127553623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tak</w:t>
            </w:r>
          </w:p>
        </w:tc>
        <w:tc>
          <w:tcPr>
            <w:tcW w:w="236" w:type="dxa"/>
            <w:tcBorders>
              <w:top w:val="single" w:sz="4" w:space="0" w:color="auto"/>
              <w:left w:val="dotted" w:sz="4" w:space="0" w:color="auto"/>
              <w:bottom w:val="dashSmallGap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6D4B3D">
        <w:trPr>
          <w:trHeight w:val="200"/>
          <w:jc w:val="center"/>
        </w:trPr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1380284740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nie</w:t>
            </w: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127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A63252">
        <w:trPr>
          <w:trHeight w:val="541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E4379" w:rsidRPr="00F20943" w:rsidRDefault="009A7604" w:rsidP="00A63252">
            <w:pPr>
              <w:pStyle w:val="Akapitzlist"/>
              <w:numPr>
                <w:ilvl w:val="0"/>
                <w:numId w:val="42"/>
              </w:numPr>
              <w:ind w:left="429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  <w:b/>
                <w:bCs/>
              </w:rPr>
              <w:t>Nie z</w:t>
            </w:r>
            <w:r w:rsidR="000E4379" w:rsidRPr="00F20943">
              <w:rPr>
                <w:rFonts w:asciiTheme="majorHAnsi" w:hAnsiTheme="majorHAnsi" w:cstheme="majorHAnsi"/>
                <w:b/>
                <w:bCs/>
              </w:rPr>
              <w:t>alegam ze spłatą pożyczki.</w:t>
            </w:r>
          </w:p>
        </w:tc>
      </w:tr>
      <w:tr w:rsidR="00F20943" w:rsidRPr="00F20943" w:rsidTr="006D4B3D">
        <w:trPr>
          <w:trHeight w:val="200"/>
          <w:jc w:val="center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651113465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9232B" w:rsidRPr="00F20943">
                  <w:rPr>
                    <w:rFonts w:ascii="MS Gothic" w:eastAsia="MS Gothic" w:hAnsi="MS Gothic" w:cstheme="majorHAnsi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tak</w:t>
            </w:r>
            <w:r w:rsidR="00A63252" w:rsidRPr="00F20943">
              <w:rPr>
                <w:rFonts w:asciiTheme="majorHAnsi" w:hAnsiTheme="majorHAnsi" w:cstheme="majorHAnsi"/>
              </w:rPr>
              <w:t>, nie zalegam</w:t>
            </w:r>
          </w:p>
        </w:tc>
        <w:tc>
          <w:tcPr>
            <w:tcW w:w="236" w:type="dxa"/>
            <w:tcBorders>
              <w:top w:val="single" w:sz="4" w:space="0" w:color="auto"/>
              <w:left w:val="dotted" w:sz="4" w:space="0" w:color="auto"/>
              <w:bottom w:val="dashSmallGap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6D4B3D">
        <w:trPr>
          <w:trHeight w:val="200"/>
          <w:jc w:val="center"/>
        </w:trPr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788702978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9232B" w:rsidRPr="00F20943" w:rsidRDefault="00A63252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zalegam</w:t>
            </w: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127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6D4B3D">
        <w:trPr>
          <w:trHeight w:val="200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E4379" w:rsidRPr="00F20943" w:rsidRDefault="000E4379" w:rsidP="00A63252">
            <w:pPr>
              <w:pStyle w:val="Akapitzlist"/>
              <w:numPr>
                <w:ilvl w:val="0"/>
                <w:numId w:val="42"/>
              </w:numPr>
              <w:ind w:left="429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  <w:b/>
                <w:bCs/>
              </w:rPr>
              <w:t>Nie otrzymałem/</w:t>
            </w:r>
            <w:proofErr w:type="spellStart"/>
            <w:r w:rsidRPr="00F20943">
              <w:rPr>
                <w:rFonts w:asciiTheme="majorHAnsi" w:hAnsiTheme="majorHAnsi" w:cstheme="majorHAnsi"/>
                <w:b/>
                <w:bCs/>
              </w:rPr>
              <w:t>am</w:t>
            </w:r>
            <w:proofErr w:type="spellEnd"/>
            <w:r w:rsidRPr="00F20943">
              <w:rPr>
                <w:rFonts w:asciiTheme="majorHAnsi" w:hAnsiTheme="majorHAnsi" w:cstheme="majorHAnsi"/>
                <w:b/>
                <w:bCs/>
              </w:rPr>
              <w:t xml:space="preserve"> jednorazowych środków na podjęcie działalności gospodarczej, o których mowa w art. 46 ust. 1 pkt 2 ustawy.</w:t>
            </w:r>
          </w:p>
        </w:tc>
      </w:tr>
      <w:tr w:rsidR="00F20943" w:rsidRPr="00F20943" w:rsidTr="006D4B3D">
        <w:trPr>
          <w:trHeight w:val="381"/>
          <w:jc w:val="center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-861361869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A63252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 xml:space="preserve">tak, </w:t>
            </w:r>
            <w:r w:rsidR="000E4379" w:rsidRPr="00F20943">
              <w:rPr>
                <w:rFonts w:asciiTheme="majorHAnsi" w:hAnsiTheme="majorHAnsi" w:cstheme="majorHAnsi"/>
              </w:rPr>
              <w:t>nie otrzymałem/</w:t>
            </w:r>
            <w:proofErr w:type="spellStart"/>
            <w:r w:rsidR="000E4379" w:rsidRPr="00F20943">
              <w:rPr>
                <w:rFonts w:asciiTheme="majorHAnsi" w:hAnsiTheme="majorHAnsi" w:cstheme="majorHAnsi"/>
              </w:rPr>
              <w:t>am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dotted" w:sz="4" w:space="0" w:color="auto"/>
              <w:bottom w:val="dashSmallGap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6D4B3D">
        <w:trPr>
          <w:trHeight w:val="381"/>
          <w:jc w:val="center"/>
        </w:trPr>
        <w:tc>
          <w:tcPr>
            <w:tcW w:w="13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AE101D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  <w:sdt>
              <w:sdtPr>
                <w:rPr>
                  <w:rFonts w:asciiTheme="majorHAnsi" w:hAnsiTheme="majorHAnsi" w:cstheme="majorHAnsi"/>
                  <w:noProof/>
                </w:rPr>
                <w:id w:val="1599522005"/>
                <w14:checkbox>
                  <w14:checked w14:val="0"/>
                  <w14:checkedState w14:val="0058" w14:font="Segoe UI Symbol"/>
                  <w14:uncheckedState w14:val="2610" w14:font="MS Gothic"/>
                </w14:checkbox>
              </w:sdtPr>
              <w:sdtEndPr/>
              <w:sdtContent>
                <w:r w:rsidR="000E4379" w:rsidRPr="00F20943">
                  <w:rPr>
                    <w:rFonts w:ascii="MS Gothic" w:eastAsia="MS Gothic" w:hAnsi="MS Gothic" w:cs="MS Gothic" w:hint="eastAsia"/>
                    <w:noProof/>
                  </w:rPr>
                  <w:t>☐</w:t>
                </w:r>
              </w:sdtContent>
            </w:sdt>
          </w:p>
        </w:tc>
        <w:tc>
          <w:tcPr>
            <w:tcW w:w="430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>otrzymałem/</w:t>
            </w:r>
            <w:proofErr w:type="spellStart"/>
            <w:r w:rsidRPr="00F20943">
              <w:rPr>
                <w:rFonts w:asciiTheme="majorHAnsi" w:hAnsiTheme="majorHAnsi" w:cstheme="majorHAnsi"/>
              </w:rPr>
              <w:t>am</w:t>
            </w:r>
            <w:proofErr w:type="spellEnd"/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right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127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4379" w:rsidRPr="00F20943" w:rsidRDefault="000E4379" w:rsidP="00AB06CC">
            <w:pPr>
              <w:pStyle w:val="Akapitzlist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  <w:tr w:rsidR="00F20943" w:rsidRPr="00F20943" w:rsidTr="006C3EB4">
        <w:trPr>
          <w:trHeight w:val="239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44D" w:rsidRPr="00F20943" w:rsidRDefault="00E75BE8" w:rsidP="00E75BE8">
            <w:pPr>
              <w:pStyle w:val="Akapitzlist"/>
              <w:spacing w:before="120" w:after="120"/>
              <w:ind w:left="0"/>
              <w:jc w:val="both"/>
              <w:rPr>
                <w:rFonts w:asciiTheme="majorHAnsi" w:hAnsiTheme="majorHAnsi" w:cstheme="majorHAnsi"/>
              </w:rPr>
            </w:pPr>
            <w:r w:rsidRPr="00F20943">
              <w:rPr>
                <w:rFonts w:asciiTheme="majorHAnsi" w:hAnsiTheme="majorHAnsi" w:cstheme="majorHAnsi"/>
              </w:rPr>
              <w:t xml:space="preserve">W przypadku wystąpienia jakichkolwiek zmian dotyczących informacji zawartych w niniejszym Wniosku i załącznikach (w tym w zakresie </w:t>
            </w:r>
            <w:r w:rsidRPr="00F20943">
              <w:rPr>
                <w:rFonts w:asciiTheme="majorHAnsi" w:hAnsiTheme="majorHAnsi" w:cstheme="majorHAnsi"/>
                <w:bCs/>
              </w:rPr>
              <w:t xml:space="preserve">uzyskanej pomocy de </w:t>
            </w:r>
            <w:proofErr w:type="spellStart"/>
            <w:r w:rsidRPr="00F20943">
              <w:rPr>
                <w:rFonts w:asciiTheme="majorHAnsi" w:hAnsiTheme="majorHAnsi" w:cstheme="majorHAnsi"/>
                <w:bCs/>
              </w:rPr>
              <w:t>minimis</w:t>
            </w:r>
            <w:proofErr w:type="spellEnd"/>
            <w:r w:rsidRPr="00F20943">
              <w:rPr>
                <w:rFonts w:asciiTheme="majorHAnsi" w:hAnsiTheme="majorHAnsi" w:cstheme="majorHAnsi"/>
                <w:bCs/>
              </w:rPr>
              <w:t>) w okresie od złożenia Wniosku o umorzenie do dnia podjęcia decyzji o umorzeniu,</w:t>
            </w:r>
            <w:r w:rsidRPr="00F20943">
              <w:rPr>
                <w:rFonts w:asciiTheme="majorHAnsi" w:hAnsiTheme="majorHAnsi" w:cstheme="majorHAnsi"/>
              </w:rPr>
              <w:t xml:space="preserve"> z</w:t>
            </w:r>
            <w:r w:rsidR="0065244D" w:rsidRPr="00F20943">
              <w:rPr>
                <w:rFonts w:asciiTheme="majorHAnsi" w:hAnsiTheme="majorHAnsi" w:cstheme="majorHAnsi"/>
              </w:rPr>
              <w:t>obowiązuję się do</w:t>
            </w:r>
            <w:r w:rsidRPr="00F20943">
              <w:rPr>
                <w:rFonts w:asciiTheme="majorHAnsi" w:hAnsiTheme="majorHAnsi" w:cstheme="majorHAnsi"/>
              </w:rPr>
              <w:t xml:space="preserve"> niezwłocznego</w:t>
            </w:r>
            <w:r w:rsidR="0065244D" w:rsidRPr="00F20943">
              <w:rPr>
                <w:rFonts w:asciiTheme="majorHAnsi" w:hAnsiTheme="majorHAnsi" w:cstheme="majorHAnsi"/>
              </w:rPr>
              <w:t xml:space="preserve"> poinformowania </w:t>
            </w:r>
            <w:r w:rsidRPr="00F20943">
              <w:rPr>
                <w:rFonts w:asciiTheme="majorHAnsi" w:hAnsiTheme="majorHAnsi" w:cstheme="majorHAnsi"/>
              </w:rPr>
              <w:t xml:space="preserve">o tym fakcie </w:t>
            </w:r>
            <w:r w:rsidR="006C3EB4" w:rsidRPr="00F20943">
              <w:rPr>
                <w:rFonts w:asciiTheme="majorHAnsi" w:hAnsiTheme="majorHAnsi" w:cstheme="majorHAnsi"/>
              </w:rPr>
              <w:t>Lubelską Fundację</w:t>
            </w:r>
            <w:r w:rsidR="0065244D" w:rsidRPr="00F20943">
              <w:rPr>
                <w:rFonts w:asciiTheme="majorHAnsi" w:hAnsiTheme="majorHAnsi" w:cstheme="majorHAnsi"/>
              </w:rPr>
              <w:t xml:space="preserve"> R</w:t>
            </w:r>
            <w:r w:rsidR="006C3EB4" w:rsidRPr="00F20943">
              <w:rPr>
                <w:rFonts w:asciiTheme="majorHAnsi" w:hAnsiTheme="majorHAnsi" w:cstheme="majorHAnsi"/>
              </w:rPr>
              <w:t>ozwoju</w:t>
            </w:r>
          </w:p>
        </w:tc>
      </w:tr>
      <w:tr w:rsidR="00F20943" w:rsidRPr="00F20943" w:rsidTr="00DC2B2F">
        <w:trPr>
          <w:trHeight w:val="239"/>
          <w:jc w:val="center"/>
        </w:trPr>
        <w:tc>
          <w:tcPr>
            <w:tcW w:w="9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0E4379" w:rsidRPr="00F20943" w:rsidRDefault="000E4379" w:rsidP="00AB06CC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b/>
              </w:rPr>
            </w:pPr>
            <w:r w:rsidRPr="00F20943">
              <w:rPr>
                <w:rFonts w:asciiTheme="majorHAnsi" w:hAnsiTheme="majorHAnsi" w:cstheme="majorHAnsi"/>
                <w:b/>
              </w:rPr>
              <w:t>DATA i CZYTELNY PODPIS</w:t>
            </w:r>
          </w:p>
        </w:tc>
      </w:tr>
      <w:tr w:rsidR="000E4379" w:rsidRPr="00F20943" w:rsidTr="00934DED">
        <w:trPr>
          <w:trHeight w:val="788"/>
          <w:jc w:val="center"/>
        </w:trPr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E4379" w:rsidRPr="00F20943" w:rsidRDefault="000E4379" w:rsidP="00AB06CC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</w:rPr>
            </w:pPr>
          </w:p>
        </w:tc>
        <w:tc>
          <w:tcPr>
            <w:tcW w:w="7476" w:type="dxa"/>
            <w:gridSpan w:val="7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379" w:rsidRPr="00F20943" w:rsidRDefault="000E4379" w:rsidP="00AB06CC">
            <w:pPr>
              <w:pStyle w:val="Listanumerowana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</w:rPr>
            </w:pPr>
          </w:p>
        </w:tc>
      </w:tr>
    </w:tbl>
    <w:p w:rsidR="00B25069" w:rsidRPr="00F20943" w:rsidRDefault="00B25069" w:rsidP="006A23F3">
      <w:pPr>
        <w:spacing w:after="0"/>
        <w:rPr>
          <w:rFonts w:asciiTheme="majorHAnsi" w:hAnsiTheme="majorHAnsi" w:cstheme="majorHAnsi"/>
          <w:sz w:val="18"/>
          <w:szCs w:val="18"/>
        </w:rPr>
      </w:pPr>
    </w:p>
    <w:p w:rsidR="00B25069" w:rsidRPr="00F20943" w:rsidRDefault="00B25069">
      <w:pPr>
        <w:rPr>
          <w:rFonts w:asciiTheme="majorHAnsi" w:hAnsiTheme="majorHAnsi" w:cstheme="majorHAnsi"/>
          <w:sz w:val="18"/>
          <w:szCs w:val="18"/>
        </w:rPr>
      </w:pPr>
      <w:r w:rsidRPr="00F20943">
        <w:rPr>
          <w:rFonts w:asciiTheme="majorHAnsi" w:hAnsiTheme="majorHAnsi" w:cstheme="majorHAnsi"/>
          <w:sz w:val="18"/>
          <w:szCs w:val="18"/>
        </w:rPr>
        <w:br w:type="page"/>
      </w:r>
    </w:p>
    <w:p w:rsidR="0068506D" w:rsidRPr="00F20943" w:rsidRDefault="0068506D" w:rsidP="006A23F3">
      <w:pPr>
        <w:spacing w:after="0"/>
        <w:rPr>
          <w:rFonts w:asciiTheme="majorHAnsi" w:hAnsiTheme="majorHAnsi" w:cstheme="majorHAnsi"/>
          <w:sz w:val="18"/>
          <w:szCs w:val="18"/>
        </w:rPr>
      </w:pPr>
    </w:p>
    <w:tbl>
      <w:tblPr>
        <w:tblStyle w:val="Tabela-Siatka"/>
        <w:tblW w:w="9962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61"/>
        <w:gridCol w:w="5435"/>
        <w:gridCol w:w="1984"/>
        <w:gridCol w:w="1882"/>
      </w:tblGrid>
      <w:tr w:rsidR="00F20943" w:rsidRPr="00F20943" w:rsidTr="00E75BE8">
        <w:trPr>
          <w:trHeight w:val="239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B25069" w:rsidRPr="00F20943" w:rsidRDefault="00B25069" w:rsidP="00934DED">
            <w:pPr>
              <w:rPr>
                <w:rFonts w:asciiTheme="majorHAnsi" w:hAnsiTheme="majorHAnsi" w:cstheme="majorHAnsi"/>
                <w:b/>
              </w:rPr>
            </w:pPr>
            <w:r w:rsidRPr="00F20943">
              <w:rPr>
                <w:rFonts w:asciiTheme="majorHAnsi" w:hAnsiTheme="majorHAnsi" w:cstheme="majorHAnsi"/>
                <w:b/>
              </w:rPr>
              <w:t>NR</w:t>
            </w:r>
          </w:p>
        </w:tc>
        <w:tc>
          <w:tcPr>
            <w:tcW w:w="7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B25069" w:rsidRPr="00F20943" w:rsidRDefault="00B25069" w:rsidP="00934DED">
            <w:pPr>
              <w:rPr>
                <w:rFonts w:asciiTheme="majorHAnsi" w:hAnsiTheme="majorHAnsi" w:cstheme="majorHAnsi"/>
                <w:b/>
              </w:rPr>
            </w:pPr>
            <w:r w:rsidRPr="00F20943">
              <w:rPr>
                <w:rFonts w:asciiTheme="majorHAnsi" w:hAnsiTheme="majorHAnsi" w:cstheme="majorHAnsi"/>
                <w:b/>
              </w:rPr>
              <w:t>WYKAZ ZAŁĄCZNIKÓW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B25069" w:rsidRPr="00F20943" w:rsidRDefault="00B25069" w:rsidP="00B25069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F20943">
              <w:rPr>
                <w:rFonts w:asciiTheme="majorHAnsi" w:hAnsiTheme="majorHAnsi" w:cstheme="majorHAnsi"/>
                <w:b/>
              </w:rPr>
              <w:t>Weryfikacja PF</w:t>
            </w:r>
          </w:p>
        </w:tc>
      </w:tr>
      <w:tr w:rsidR="00F20943" w:rsidRPr="00F20943" w:rsidTr="00E75BE8">
        <w:trPr>
          <w:trHeight w:val="1254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ind w:left="-1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5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BF513A">
            <w:pPr>
              <w:pStyle w:val="Listanumerowana"/>
              <w:numPr>
                <w:ilvl w:val="0"/>
                <w:numId w:val="0"/>
              </w:numPr>
              <w:ind w:left="134" w:right="11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b/>
                <w:bCs/>
                <w:sz w:val="20"/>
                <w:szCs w:val="20"/>
              </w:rPr>
              <w:t>Zaświadczenie z PUP</w:t>
            </w:r>
            <w:r w:rsidRPr="00F20943">
              <w:rPr>
                <w:rFonts w:ascii="Calibri" w:hAnsi="Calibri" w:cs="Calibri"/>
                <w:sz w:val="20"/>
                <w:szCs w:val="20"/>
              </w:rPr>
              <w:t xml:space="preserve">, który wydal uprzednio zaświadczenie potwierdzające posiadanie przez wnioskodawcę </w:t>
            </w:r>
            <w:r w:rsidRPr="00F20943">
              <w:rPr>
                <w:rFonts w:ascii="Calibri" w:hAnsi="Calibri" w:cs="Calibri"/>
                <w:b/>
                <w:bCs/>
                <w:sz w:val="20"/>
                <w:szCs w:val="20"/>
              </w:rPr>
              <w:t>statusu bezrobotnego</w:t>
            </w:r>
            <w:r w:rsidRPr="00F20943">
              <w:rPr>
                <w:rFonts w:ascii="Calibri" w:hAnsi="Calibri" w:cs="Calibri"/>
                <w:sz w:val="20"/>
                <w:szCs w:val="20"/>
              </w:rPr>
              <w:t>, dotyczące warunków z § 12 ust. 1 pkt 1) a, b i c Regulaminu.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FC32AF">
            <w:pPr>
              <w:pStyle w:val="Listanumerowana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w przypadku osoby bezrobotnej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9" w:rsidRPr="00F20943" w:rsidRDefault="00B25069" w:rsidP="00FC32AF">
            <w:pPr>
              <w:pStyle w:val="Listanumerowana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20943" w:rsidRPr="00F20943" w:rsidTr="00E75BE8">
        <w:trPr>
          <w:trHeight w:val="1413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5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BF513A">
            <w:pPr>
              <w:pStyle w:val="Listanumerowana"/>
              <w:numPr>
                <w:ilvl w:val="0"/>
                <w:numId w:val="0"/>
              </w:numPr>
              <w:ind w:left="134" w:right="11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b/>
                <w:bCs/>
                <w:sz w:val="20"/>
                <w:szCs w:val="20"/>
              </w:rPr>
              <w:t>Zaświadczenie z PUP</w:t>
            </w:r>
            <w:r w:rsidRPr="00F20943">
              <w:rPr>
                <w:rFonts w:ascii="Calibri" w:hAnsi="Calibri" w:cs="Calibri"/>
                <w:sz w:val="20"/>
                <w:szCs w:val="20"/>
              </w:rPr>
              <w:t xml:space="preserve">, który wydal uprzednio zaświadczenie potwierdzające posiadanie przez wnioskodawcę </w:t>
            </w:r>
            <w:r w:rsidRPr="00F20943">
              <w:rPr>
                <w:rFonts w:ascii="Calibri" w:hAnsi="Calibri" w:cs="Calibri"/>
                <w:b/>
                <w:bCs/>
                <w:sz w:val="20"/>
                <w:szCs w:val="20"/>
              </w:rPr>
              <w:t>statusu poszukującego pracy</w:t>
            </w:r>
            <w:r w:rsidRPr="00F20943">
              <w:rPr>
                <w:rFonts w:ascii="Calibri" w:hAnsi="Calibri" w:cs="Calibri"/>
                <w:sz w:val="20"/>
                <w:szCs w:val="20"/>
              </w:rPr>
              <w:t xml:space="preserve"> w przypadku opiekuna </w:t>
            </w:r>
            <w:r w:rsidRPr="00F20943">
              <w:rPr>
                <w:rFonts w:ascii="Calibri" w:hAnsi="Calibri" w:cs="Calibri"/>
                <w:b/>
                <w:bCs/>
                <w:sz w:val="20"/>
                <w:szCs w:val="20"/>
              </w:rPr>
              <w:t>osoby z niepełnosprawnością</w:t>
            </w:r>
            <w:r w:rsidRPr="00F20943">
              <w:rPr>
                <w:rFonts w:ascii="Calibri" w:hAnsi="Calibri" w:cs="Calibri"/>
                <w:sz w:val="20"/>
                <w:szCs w:val="20"/>
              </w:rPr>
              <w:t>, dotyczące warunków z § 12 ust. 1 pkt 1) a, b i d Regulaminu.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FB021C">
            <w:pPr>
              <w:pStyle w:val="Listanumerowana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w przypadku opiekuna osoby z niepełnosprawnością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9" w:rsidRPr="00F20943" w:rsidRDefault="00B25069" w:rsidP="00FB021C">
            <w:pPr>
              <w:pStyle w:val="Listanumerowana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20943" w:rsidRPr="00F20943" w:rsidTr="00E75BE8">
        <w:trPr>
          <w:trHeight w:val="980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5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BF513A">
            <w:pPr>
              <w:pStyle w:val="Listanumerowana"/>
              <w:numPr>
                <w:ilvl w:val="0"/>
                <w:numId w:val="0"/>
              </w:numPr>
              <w:ind w:left="134" w:right="11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b/>
                <w:bCs/>
                <w:sz w:val="20"/>
                <w:szCs w:val="20"/>
              </w:rPr>
              <w:t>Zaświadczenie z PUP</w:t>
            </w:r>
            <w:r w:rsidRPr="00F20943">
              <w:rPr>
                <w:rFonts w:ascii="Calibri" w:hAnsi="Calibri" w:cs="Calibri"/>
                <w:sz w:val="20"/>
                <w:szCs w:val="20"/>
              </w:rPr>
              <w:t xml:space="preserve"> dotyczące nie otrzymania jednorazowych środków na podjęcie działalności gospodarczej, o których mowa w art. 46 ust. 1 pkt 2 ustawy (§ 12 ust. 1 pkt 4 Regulaminu).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ind w:left="36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zawsze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ind w:left="36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20943" w:rsidRPr="00F20943" w:rsidTr="00911B57">
        <w:trPr>
          <w:trHeight w:val="919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bookmarkStart w:id="0" w:name="_Hlk195788033"/>
            <w:r w:rsidRPr="00F20943"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bookmarkEnd w:id="0"/>
        <w:tc>
          <w:tcPr>
            <w:tcW w:w="5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BF513A">
            <w:pPr>
              <w:pStyle w:val="Listanumerowana"/>
              <w:numPr>
                <w:ilvl w:val="0"/>
                <w:numId w:val="0"/>
              </w:numPr>
              <w:ind w:left="134" w:right="11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b/>
                <w:bCs/>
                <w:sz w:val="20"/>
                <w:szCs w:val="20"/>
              </w:rPr>
              <w:t>Oświadczenie</w:t>
            </w:r>
            <w:r w:rsidRPr="00F20943">
              <w:rPr>
                <w:rFonts w:ascii="Calibri" w:hAnsi="Calibri" w:cs="Calibri"/>
                <w:sz w:val="20"/>
                <w:szCs w:val="20"/>
              </w:rPr>
              <w:t xml:space="preserve"> o spełnieniu warunku, o którym mowa w § 12 ust. 1 pkt 1 lit. b Regulaminu (w zakresie bezzwrotnych środków innych niż środki Funduszu Pracy)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zawsze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20943" w:rsidRPr="00F20943" w:rsidTr="00E75BE8">
        <w:trPr>
          <w:trHeight w:val="1023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5.</w:t>
            </w:r>
          </w:p>
        </w:tc>
        <w:tc>
          <w:tcPr>
            <w:tcW w:w="5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BF513A">
            <w:pPr>
              <w:pStyle w:val="Listanumerowana"/>
              <w:numPr>
                <w:ilvl w:val="0"/>
                <w:numId w:val="0"/>
              </w:numPr>
              <w:ind w:left="134" w:right="11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b/>
                <w:bCs/>
                <w:sz w:val="20"/>
                <w:szCs w:val="20"/>
              </w:rPr>
              <w:t>Oświadczenie</w:t>
            </w:r>
            <w:r w:rsidRPr="00F2094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bookmarkStart w:id="1" w:name="_Hlk195788825"/>
            <w:r w:rsidRPr="00F20943">
              <w:rPr>
                <w:rFonts w:ascii="Calibri" w:hAnsi="Calibri" w:cs="Calibri"/>
                <w:sz w:val="20"/>
                <w:szCs w:val="20"/>
              </w:rPr>
              <w:t>o rejestracji we wszystkich powiatowych urzędach pracy jako bezrobotny lub osoba poszukująca pracy za okres od 1 czerwca 2004 r.</w:t>
            </w:r>
            <w:bookmarkEnd w:id="1"/>
            <w:r w:rsidRPr="00F20943">
              <w:rPr>
                <w:rFonts w:ascii="Calibri" w:hAnsi="Calibri" w:cs="Calibri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zawsze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20943" w:rsidRPr="00F20943" w:rsidTr="00911B57">
        <w:trPr>
          <w:trHeight w:val="778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6.</w:t>
            </w:r>
          </w:p>
        </w:tc>
        <w:tc>
          <w:tcPr>
            <w:tcW w:w="5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BF513A">
            <w:pPr>
              <w:pStyle w:val="Listanumerowana"/>
              <w:numPr>
                <w:ilvl w:val="0"/>
                <w:numId w:val="0"/>
              </w:numPr>
              <w:ind w:left="134" w:right="116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2094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Oświadczenie </w:t>
            </w:r>
            <w:r w:rsidRPr="00F20943">
              <w:rPr>
                <w:rFonts w:ascii="Calibri" w:hAnsi="Calibri" w:cs="Calibri"/>
                <w:bCs/>
                <w:sz w:val="20"/>
                <w:szCs w:val="20"/>
              </w:rPr>
              <w:t xml:space="preserve">Wnioskodawcy o uzyskanej pomocy de </w:t>
            </w:r>
            <w:proofErr w:type="spellStart"/>
            <w:r w:rsidRPr="00F20943">
              <w:rPr>
                <w:rFonts w:ascii="Calibri" w:hAnsi="Calibri" w:cs="Calibri"/>
                <w:bCs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ind w:left="36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zawsze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ind w:left="36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20943" w:rsidRPr="00F20943" w:rsidTr="00E75BE8">
        <w:trPr>
          <w:trHeight w:val="1265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7.</w:t>
            </w:r>
          </w:p>
        </w:tc>
        <w:tc>
          <w:tcPr>
            <w:tcW w:w="5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BF513A">
            <w:pPr>
              <w:pStyle w:val="Listanumerowana"/>
              <w:numPr>
                <w:ilvl w:val="0"/>
                <w:numId w:val="0"/>
              </w:numPr>
              <w:ind w:left="134" w:right="11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b/>
                <w:bCs/>
                <w:sz w:val="20"/>
                <w:szCs w:val="20"/>
              </w:rPr>
              <w:t>Zaświadczenia</w:t>
            </w:r>
            <w:r w:rsidRPr="00F20943">
              <w:rPr>
                <w:rFonts w:ascii="Calibri" w:hAnsi="Calibri" w:cs="Calibri"/>
                <w:sz w:val="20"/>
                <w:szCs w:val="20"/>
              </w:rPr>
              <w:t xml:space="preserve"> z każdego z urzędów pracy, w których zarejestrowany był Pożyczkobiorca, dotyczące nie otrzymania jednorazowych środków na podjęcie działalności gospodarczej, o których mowa w art. 46 ust. 1 pkt 2 ustawy (§ 12 ust. 1 pkt 4 Regulaminu).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ind w:left="36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jeśli dotyczy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ind w:left="36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20943" w:rsidRPr="00F20943" w:rsidTr="00E75BE8">
        <w:trPr>
          <w:trHeight w:val="891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A0708D" w:rsidP="00934DED">
            <w:pPr>
              <w:pStyle w:val="Listanumerowana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8</w:t>
            </w:r>
            <w:r w:rsidR="00B25069" w:rsidRPr="00F2094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5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11B57">
            <w:pPr>
              <w:pStyle w:val="Tekstpodstawowy"/>
              <w:tabs>
                <w:tab w:val="left" w:pos="7500"/>
              </w:tabs>
              <w:spacing w:after="0"/>
              <w:ind w:left="176"/>
              <w:rPr>
                <w:rFonts w:ascii="Calibri" w:hAnsi="Calibri" w:cs="Calibri"/>
                <w:sz w:val="20"/>
                <w:szCs w:val="20"/>
              </w:rPr>
            </w:pPr>
            <w:r w:rsidRPr="00911B57">
              <w:rPr>
                <w:rFonts w:ascii="Calibri" w:hAnsi="Calibri" w:cs="Calibri"/>
                <w:b/>
                <w:sz w:val="20"/>
                <w:szCs w:val="20"/>
              </w:rPr>
              <w:t xml:space="preserve">Kopie </w:t>
            </w:r>
            <w:r w:rsidR="00911B57">
              <w:rPr>
                <w:rFonts w:ascii="Calibri" w:hAnsi="Calibri" w:cs="Calibri"/>
                <w:b/>
                <w:sz w:val="20"/>
                <w:szCs w:val="20"/>
              </w:rPr>
              <w:t>z</w:t>
            </w:r>
            <w:r w:rsidRPr="00911B57">
              <w:rPr>
                <w:rFonts w:ascii="Calibri" w:hAnsi="Calibri" w:cs="Calibri"/>
                <w:b/>
                <w:sz w:val="20"/>
                <w:szCs w:val="20"/>
              </w:rPr>
              <w:t>aświadcze</w:t>
            </w:r>
            <w:r w:rsidR="00911B57">
              <w:rPr>
                <w:rFonts w:ascii="Calibri" w:hAnsi="Calibri" w:cs="Calibri"/>
                <w:b/>
                <w:sz w:val="20"/>
                <w:szCs w:val="20"/>
              </w:rPr>
              <w:t>ń</w:t>
            </w:r>
            <w:r w:rsidRPr="00F20943">
              <w:rPr>
                <w:rFonts w:ascii="Calibri" w:hAnsi="Calibri" w:cs="Calibri"/>
                <w:sz w:val="20"/>
                <w:szCs w:val="20"/>
              </w:rPr>
              <w:t xml:space="preserve"> o pomocy </w:t>
            </w:r>
            <w:r w:rsidRPr="00F20943">
              <w:rPr>
                <w:rFonts w:ascii="Calibri" w:hAnsi="Calibri" w:cs="Calibri"/>
                <w:i/>
                <w:sz w:val="20"/>
                <w:szCs w:val="20"/>
              </w:rPr>
              <w:t xml:space="preserve">de </w:t>
            </w:r>
            <w:proofErr w:type="spellStart"/>
            <w:r w:rsidRPr="00F20943">
              <w:rPr>
                <w:rFonts w:ascii="Calibri" w:hAnsi="Calibri" w:cs="Calibri"/>
                <w:i/>
                <w:sz w:val="20"/>
                <w:szCs w:val="20"/>
              </w:rPr>
              <w:t>minimis</w:t>
            </w:r>
            <w:proofErr w:type="spellEnd"/>
            <w:r w:rsidRPr="00F20943">
              <w:rPr>
                <w:rFonts w:ascii="Calibri" w:hAnsi="Calibri" w:cs="Calibri"/>
                <w:sz w:val="20"/>
                <w:szCs w:val="20"/>
              </w:rPr>
              <w:t xml:space="preserve"> (dotyczy Wnioskodawcy, który otrzymał pomoc </w:t>
            </w:r>
            <w:r w:rsidRPr="00F20943">
              <w:rPr>
                <w:rFonts w:ascii="Calibri" w:hAnsi="Calibri" w:cs="Calibri"/>
                <w:i/>
                <w:sz w:val="20"/>
                <w:szCs w:val="20"/>
              </w:rPr>
              <w:t xml:space="preserve">de </w:t>
            </w:r>
            <w:proofErr w:type="spellStart"/>
            <w:r w:rsidRPr="00F20943">
              <w:rPr>
                <w:rFonts w:ascii="Calibri" w:hAnsi="Calibri" w:cs="Calibri"/>
                <w:i/>
                <w:sz w:val="20"/>
                <w:szCs w:val="20"/>
              </w:rPr>
              <w:t>minimis</w:t>
            </w:r>
            <w:proofErr w:type="spellEnd"/>
            <w:r w:rsidRPr="00F20943">
              <w:rPr>
                <w:rFonts w:ascii="Calibri" w:hAnsi="Calibri" w:cs="Calibri"/>
                <w:sz w:val="20"/>
                <w:szCs w:val="20"/>
              </w:rPr>
              <w:t xml:space="preserve"> w okresie ostatnich trzech lat podatkowych), potwierdzone za zgodność z oryginałem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ind w:left="36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zawsze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ind w:left="36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75BE8" w:rsidRPr="00F20943" w:rsidTr="00911B57">
        <w:trPr>
          <w:trHeight w:val="839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A0708D" w:rsidP="00934DED">
            <w:pPr>
              <w:pStyle w:val="Listanumerowana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9</w:t>
            </w:r>
            <w:r w:rsidR="00B25069" w:rsidRPr="00F2094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5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B25069">
            <w:pPr>
              <w:shd w:val="clear" w:color="auto" w:fill="FFFFFF"/>
              <w:spacing w:line="276" w:lineRule="auto"/>
              <w:ind w:left="176"/>
              <w:jc w:val="both"/>
              <w:rPr>
                <w:rFonts w:ascii="Calibri" w:hAnsi="Calibri" w:cs="Calibri"/>
                <w:bCs/>
                <w:spacing w:val="-1"/>
                <w:sz w:val="20"/>
                <w:szCs w:val="20"/>
              </w:rPr>
            </w:pPr>
            <w:r w:rsidRPr="00911B57"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Formularz informacji</w:t>
            </w:r>
            <w:r w:rsidRPr="00F20943">
              <w:rPr>
                <w:rFonts w:ascii="Calibri" w:hAnsi="Calibri" w:cs="Calibri"/>
                <w:bCs/>
                <w:spacing w:val="-1"/>
                <w:sz w:val="20"/>
                <w:szCs w:val="20"/>
              </w:rPr>
              <w:t xml:space="preserve"> przedstawianych przy ubieganiu się o pomoc de </w:t>
            </w:r>
            <w:proofErr w:type="spellStart"/>
            <w:r w:rsidRPr="00F20943">
              <w:rPr>
                <w:rFonts w:ascii="Calibri" w:hAnsi="Calibri" w:cs="Calibri"/>
                <w:bCs/>
                <w:spacing w:val="-1"/>
                <w:sz w:val="20"/>
                <w:szCs w:val="20"/>
              </w:rPr>
              <w:t>minimis</w:t>
            </w:r>
            <w:proofErr w:type="spellEnd"/>
            <w:r w:rsidRPr="00F20943">
              <w:rPr>
                <w:rFonts w:ascii="Calibri" w:hAnsi="Calibri" w:cs="Calibri"/>
                <w:bCs/>
                <w:spacing w:val="-1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ind w:left="36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zawsze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069" w:rsidRPr="00F20943" w:rsidRDefault="00B25069" w:rsidP="00934DED">
            <w:pPr>
              <w:pStyle w:val="Listanumerowana"/>
              <w:numPr>
                <w:ilvl w:val="0"/>
                <w:numId w:val="0"/>
              </w:numPr>
              <w:ind w:left="36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059DB" w:rsidRPr="00F20943" w:rsidTr="00E75BE8">
        <w:trPr>
          <w:trHeight w:val="896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9DB" w:rsidRPr="00F20943" w:rsidRDefault="00A059DB" w:rsidP="00934DED">
            <w:pPr>
              <w:pStyle w:val="Listanumerowana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</w:t>
            </w:r>
          </w:p>
        </w:tc>
        <w:tc>
          <w:tcPr>
            <w:tcW w:w="5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9DB" w:rsidRPr="00A059DB" w:rsidRDefault="00A059DB" w:rsidP="00911B57">
            <w:pPr>
              <w:shd w:val="clear" w:color="auto" w:fill="FFFFFF"/>
              <w:ind w:left="176"/>
              <w:jc w:val="both"/>
              <w:rPr>
                <w:rFonts w:ascii="Calibri" w:hAnsi="Calibri" w:cs="Calibri"/>
                <w:bCs/>
                <w:spacing w:val="-1"/>
                <w:sz w:val="20"/>
                <w:szCs w:val="20"/>
              </w:rPr>
            </w:pPr>
            <w:r w:rsidRPr="00A059DB">
              <w:rPr>
                <w:rFonts w:asciiTheme="majorHAnsi" w:hAnsiTheme="majorHAnsi" w:cstheme="majorHAnsi"/>
                <w:b/>
                <w:sz w:val="20"/>
                <w:szCs w:val="20"/>
              </w:rPr>
              <w:t>Zaświadczenie z ZUS</w:t>
            </w:r>
            <w:r w:rsidRPr="00A059DB">
              <w:rPr>
                <w:rFonts w:asciiTheme="majorHAnsi" w:hAnsiTheme="majorHAnsi" w:cstheme="majorHAnsi"/>
                <w:sz w:val="20"/>
                <w:szCs w:val="20"/>
              </w:rPr>
              <w:t xml:space="preserve"> potwierdzające okresy pobierania zasiłku chorobowego lub świadczenia rehabilitacyjnego lub zaświadczenie z ZUS o braku pobierania zasiłku chorobowego lub świadczenia rehabilitacyjnego</w:t>
            </w:r>
            <w:r w:rsidR="00911B57">
              <w:rPr>
                <w:rFonts w:asciiTheme="majorHAnsi" w:hAnsiTheme="majorHAnsi" w:cstheme="majorHAnsi"/>
                <w:sz w:val="20"/>
                <w:szCs w:val="20"/>
              </w:rPr>
              <w:t xml:space="preserve"> w okresie od rozpoczęcia działalności gospodarczej (</w:t>
            </w:r>
            <w:r w:rsidR="00911B57" w:rsidRPr="00F20943">
              <w:rPr>
                <w:rFonts w:ascii="Calibri" w:hAnsi="Calibri" w:cs="Calibri"/>
                <w:sz w:val="20"/>
                <w:szCs w:val="20"/>
              </w:rPr>
              <w:t>§ 1</w:t>
            </w:r>
            <w:r w:rsidR="00911B57">
              <w:rPr>
                <w:rFonts w:ascii="Calibri" w:hAnsi="Calibri" w:cs="Calibri"/>
                <w:sz w:val="20"/>
                <w:szCs w:val="20"/>
              </w:rPr>
              <w:t xml:space="preserve">0 </w:t>
            </w:r>
            <w:r w:rsidR="00911B57" w:rsidRPr="00F20943">
              <w:rPr>
                <w:rFonts w:ascii="Calibri" w:hAnsi="Calibri" w:cs="Calibri"/>
                <w:sz w:val="20"/>
                <w:szCs w:val="20"/>
              </w:rPr>
              <w:t xml:space="preserve"> Regulaminu</w:t>
            </w:r>
            <w:r w:rsidR="00911B57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9DB" w:rsidRPr="00F20943" w:rsidRDefault="00A059DB" w:rsidP="00934DED">
            <w:pPr>
              <w:pStyle w:val="Listanumerowana"/>
              <w:numPr>
                <w:ilvl w:val="0"/>
                <w:numId w:val="0"/>
              </w:numPr>
              <w:ind w:left="36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943">
              <w:rPr>
                <w:rFonts w:ascii="Calibri" w:hAnsi="Calibri" w:cs="Calibri"/>
                <w:sz w:val="20"/>
                <w:szCs w:val="20"/>
              </w:rPr>
              <w:t>zawsze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59DB" w:rsidRPr="00F20943" w:rsidRDefault="00A059DB" w:rsidP="00934DED">
            <w:pPr>
              <w:pStyle w:val="Listanumerowana"/>
              <w:numPr>
                <w:ilvl w:val="0"/>
                <w:numId w:val="0"/>
              </w:numPr>
              <w:ind w:left="360" w:hanging="36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101D" w:rsidRDefault="00AE101D" w:rsidP="00B25069">
      <w:pPr>
        <w:jc w:val="center"/>
        <w:rPr>
          <w:rFonts w:asciiTheme="majorHAnsi" w:hAnsiTheme="majorHAnsi" w:cstheme="majorHAnsi"/>
          <w:sz w:val="24"/>
          <w:szCs w:val="24"/>
        </w:rPr>
      </w:pPr>
    </w:p>
    <w:p w:rsidR="00980F8C" w:rsidRPr="00F20943" w:rsidRDefault="00B25069" w:rsidP="00B25069">
      <w:pPr>
        <w:jc w:val="center"/>
        <w:rPr>
          <w:rFonts w:asciiTheme="majorHAnsi" w:hAnsiTheme="majorHAnsi" w:cstheme="majorHAnsi"/>
          <w:sz w:val="24"/>
          <w:szCs w:val="24"/>
        </w:rPr>
      </w:pPr>
      <w:r w:rsidRPr="00F20943">
        <w:rPr>
          <w:rFonts w:asciiTheme="majorHAnsi" w:hAnsiTheme="majorHAnsi" w:cstheme="majorHAnsi"/>
          <w:sz w:val="24"/>
          <w:szCs w:val="24"/>
        </w:rPr>
        <w:t>Potwierdzam kompletność wniosku o umorzenie zgodnie z powyższym wykazem:</w:t>
      </w:r>
    </w:p>
    <w:p w:rsidR="00B25069" w:rsidRPr="00F20943" w:rsidRDefault="00B25069" w:rsidP="00B25069">
      <w:pPr>
        <w:jc w:val="center"/>
        <w:rPr>
          <w:rFonts w:asciiTheme="majorHAnsi" w:hAnsiTheme="majorHAnsi" w:cstheme="majorHAnsi"/>
          <w:sz w:val="24"/>
          <w:szCs w:val="24"/>
        </w:rPr>
      </w:pPr>
      <w:r w:rsidRPr="00F20943">
        <w:rPr>
          <w:rFonts w:asciiTheme="majorHAnsi" w:hAnsiTheme="majorHAnsi" w:cstheme="majorHAnsi"/>
          <w:sz w:val="24"/>
          <w:szCs w:val="24"/>
        </w:rPr>
        <w:t>…………………………………………………………….</w:t>
      </w:r>
    </w:p>
    <w:p w:rsidR="00AD2CF7" w:rsidRPr="00F20943" w:rsidRDefault="00B25069" w:rsidP="00AE101D">
      <w:pPr>
        <w:jc w:val="center"/>
        <w:rPr>
          <w:rFonts w:asciiTheme="majorHAnsi" w:hAnsiTheme="majorHAnsi" w:cstheme="majorHAnsi"/>
          <w:sz w:val="24"/>
          <w:szCs w:val="24"/>
        </w:rPr>
      </w:pPr>
      <w:r w:rsidRPr="00F20943">
        <w:rPr>
          <w:rFonts w:asciiTheme="majorHAnsi" w:hAnsiTheme="majorHAnsi" w:cstheme="majorHAnsi"/>
          <w:sz w:val="16"/>
          <w:szCs w:val="16"/>
        </w:rPr>
        <w:t>podpis doradcy klienta</w:t>
      </w:r>
      <w:bookmarkStart w:id="2" w:name="_GoBack"/>
      <w:bookmarkEnd w:id="2"/>
    </w:p>
    <w:sectPr w:rsidR="00AD2CF7" w:rsidRPr="00F20943" w:rsidSect="00E75BE8">
      <w:headerReference w:type="default" r:id="rId9"/>
      <w:pgSz w:w="12240" w:h="15840"/>
      <w:pgMar w:top="1134" w:right="1800" w:bottom="426" w:left="1800" w:header="28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3C6" w:rsidRDefault="009513C6" w:rsidP="00C221FC">
      <w:pPr>
        <w:spacing w:after="0" w:line="240" w:lineRule="auto"/>
      </w:pPr>
      <w:r>
        <w:separator/>
      </w:r>
    </w:p>
  </w:endnote>
  <w:endnote w:type="continuationSeparator" w:id="0">
    <w:p w:rsidR="009513C6" w:rsidRDefault="009513C6" w:rsidP="00C22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3C6" w:rsidRDefault="009513C6" w:rsidP="00C221FC">
      <w:pPr>
        <w:spacing w:after="0" w:line="240" w:lineRule="auto"/>
      </w:pPr>
      <w:r>
        <w:separator/>
      </w:r>
    </w:p>
  </w:footnote>
  <w:footnote w:type="continuationSeparator" w:id="0">
    <w:p w:rsidR="009513C6" w:rsidRDefault="009513C6" w:rsidP="00C221FC">
      <w:pPr>
        <w:spacing w:after="0" w:line="240" w:lineRule="auto"/>
      </w:pPr>
      <w:r>
        <w:continuationSeparator/>
      </w:r>
    </w:p>
  </w:footnote>
  <w:footnote w:id="1">
    <w:p w:rsidR="0065244D" w:rsidRPr="0068506D" w:rsidRDefault="0065244D">
      <w:pPr>
        <w:pStyle w:val="Tekstprzypisudolnego"/>
        <w:rPr>
          <w:sz w:val="14"/>
          <w:szCs w:val="14"/>
        </w:rPr>
      </w:pPr>
      <w:r w:rsidRPr="0068506D">
        <w:rPr>
          <w:rStyle w:val="Odwoanieprzypisudolnego"/>
          <w:sz w:val="14"/>
          <w:szCs w:val="14"/>
        </w:rPr>
        <w:footnoteRef/>
      </w:r>
      <w:r w:rsidRPr="0068506D">
        <w:rPr>
          <w:sz w:val="14"/>
          <w:szCs w:val="14"/>
        </w:rPr>
        <w:t xml:space="preserve"> </w:t>
      </w:r>
      <w:r w:rsidRPr="0068506D">
        <w:rPr>
          <w:rFonts w:asciiTheme="majorHAnsi" w:hAnsiTheme="majorHAnsi" w:cstheme="majorHAnsi"/>
          <w:sz w:val="14"/>
          <w:szCs w:val="14"/>
        </w:rPr>
        <w:t>Regulamin udzielania pożyczek na podjęcie działalności gospodarczej oraz świadczenia usług doradztwa i szkoleń w ramach „Rządowego Programu Pierwszy biznes – Wsparcie w starcie” oraz „Programu Fundusze Europejskie dla Rozwoju Społecznego na lata 2021-2027 (FERS)”.</w:t>
      </w:r>
    </w:p>
  </w:footnote>
  <w:footnote w:id="2">
    <w:p w:rsidR="0065244D" w:rsidRPr="0068506D" w:rsidRDefault="0065244D">
      <w:pPr>
        <w:pStyle w:val="Tekstprzypisudolnego"/>
        <w:rPr>
          <w:sz w:val="14"/>
          <w:szCs w:val="14"/>
        </w:rPr>
      </w:pPr>
      <w:r w:rsidRPr="0068506D">
        <w:rPr>
          <w:rStyle w:val="Odwoanieprzypisudolnego"/>
          <w:sz w:val="14"/>
          <w:szCs w:val="14"/>
        </w:rPr>
        <w:footnoteRef/>
      </w:r>
      <w:r w:rsidRPr="0068506D">
        <w:rPr>
          <w:sz w:val="14"/>
          <w:szCs w:val="14"/>
        </w:rPr>
        <w:t xml:space="preserve"> </w:t>
      </w:r>
      <w:r w:rsidRPr="0068506D">
        <w:rPr>
          <w:rFonts w:asciiTheme="majorHAnsi" w:hAnsiTheme="majorHAnsi" w:cstheme="majorHAnsi"/>
          <w:sz w:val="14"/>
          <w:szCs w:val="14"/>
        </w:rPr>
        <w:t xml:space="preserve">Ustawa z dnia 20 kwietnia 2004 r. o promocji zatrudnienia i instytucjach rynku pracy (Dz. U. z 2024 r. poz. 475, z </w:t>
      </w:r>
      <w:proofErr w:type="spellStart"/>
      <w:r w:rsidRPr="0068506D">
        <w:rPr>
          <w:rFonts w:asciiTheme="majorHAnsi" w:hAnsiTheme="majorHAnsi" w:cstheme="majorHAnsi"/>
          <w:sz w:val="14"/>
          <w:szCs w:val="14"/>
        </w:rPr>
        <w:t>późn</w:t>
      </w:r>
      <w:proofErr w:type="spellEnd"/>
      <w:r w:rsidRPr="0068506D">
        <w:rPr>
          <w:rFonts w:asciiTheme="majorHAnsi" w:hAnsiTheme="majorHAnsi" w:cstheme="majorHAnsi"/>
          <w:sz w:val="14"/>
          <w:szCs w:val="14"/>
        </w:rPr>
        <w:t>. zm.).</w:t>
      </w:r>
    </w:p>
  </w:footnote>
  <w:footnote w:id="3">
    <w:p w:rsidR="0065244D" w:rsidRPr="00E75BE8" w:rsidRDefault="0065244D">
      <w:pPr>
        <w:pStyle w:val="Tekstprzypisudolnego"/>
      </w:pPr>
      <w:r w:rsidRPr="00E75BE8">
        <w:rPr>
          <w:rStyle w:val="Odwoanieprzypisudolnego"/>
          <w:sz w:val="14"/>
          <w:szCs w:val="14"/>
        </w:rPr>
        <w:footnoteRef/>
      </w:r>
      <w:r w:rsidRPr="00E75BE8">
        <w:rPr>
          <w:sz w:val="14"/>
          <w:szCs w:val="14"/>
        </w:rPr>
        <w:t xml:space="preserve"> </w:t>
      </w:r>
      <w:r w:rsidRPr="00E75BE8">
        <w:rPr>
          <w:rFonts w:asciiTheme="majorHAnsi" w:hAnsiTheme="majorHAnsi" w:cstheme="majorHAnsi"/>
          <w:sz w:val="14"/>
          <w:szCs w:val="14"/>
        </w:rPr>
        <w:t>Do okresu prowadzenia działalności gospodarczej nie wlicza się okresu zawieszenia działalności gospodarczej oraz trwającej dłużej niż 3 miesiące przerwy w prowadzeniu działalności gospodarczej z powodu choroby lub korzystania ze świadczenia rehabilitacyjnego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BE8" w:rsidRDefault="00E75BE8" w:rsidP="00E75BE8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4B7A697" wp14:editId="247ECED7">
          <wp:extent cx="3172460" cy="628015"/>
          <wp:effectExtent l="0" t="0" r="0" b="0"/>
          <wp:docPr id="2" name="Obraz 23" descr="Opis: Opis: C:\Users\User\AppData\Local\Microsoft\Windows\INetCache\Content.Word\FERS_RP_UE_RGB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3" descr="Opis: Opis: C:\Users\User\AppData\Local\Microsoft\Windows\INetCache\Content.Word\FERS_RP_UE_RGB-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75BE8" w:rsidRDefault="00E75BE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1F0274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FFFFFF89"/>
    <w:multiLevelType w:val="singleLevel"/>
    <w:tmpl w:val="04150017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</w:abstractNum>
  <w:abstractNum w:abstractNumId="9">
    <w:nsid w:val="00BB25CC"/>
    <w:multiLevelType w:val="hybridMultilevel"/>
    <w:tmpl w:val="EF82DC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1B81133"/>
    <w:multiLevelType w:val="hybridMultilevel"/>
    <w:tmpl w:val="EF82DC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3984322"/>
    <w:multiLevelType w:val="hybridMultilevel"/>
    <w:tmpl w:val="1860A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700B67"/>
    <w:multiLevelType w:val="hybridMultilevel"/>
    <w:tmpl w:val="457E41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EC4352A"/>
    <w:multiLevelType w:val="hybridMultilevel"/>
    <w:tmpl w:val="B33CAD6A"/>
    <w:lvl w:ilvl="0" w:tplc="FA1A38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A723B6"/>
    <w:multiLevelType w:val="hybridMultilevel"/>
    <w:tmpl w:val="4E46612E"/>
    <w:lvl w:ilvl="0" w:tplc="FA1A38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076275"/>
    <w:multiLevelType w:val="hybridMultilevel"/>
    <w:tmpl w:val="B7581B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E12D78"/>
    <w:multiLevelType w:val="hybridMultilevel"/>
    <w:tmpl w:val="3F620E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EA1211"/>
    <w:multiLevelType w:val="hybridMultilevel"/>
    <w:tmpl w:val="EF82DC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B72729"/>
    <w:multiLevelType w:val="hybridMultilevel"/>
    <w:tmpl w:val="EF82DC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C165A8"/>
    <w:multiLevelType w:val="hybridMultilevel"/>
    <w:tmpl w:val="EF82DC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B53B7C"/>
    <w:multiLevelType w:val="hybridMultilevel"/>
    <w:tmpl w:val="7B5CFD44"/>
    <w:lvl w:ilvl="0" w:tplc="E5F0B8B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424E01"/>
    <w:multiLevelType w:val="hybridMultilevel"/>
    <w:tmpl w:val="EF82DC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56255A"/>
    <w:multiLevelType w:val="hybridMultilevel"/>
    <w:tmpl w:val="669A96AC"/>
    <w:lvl w:ilvl="0" w:tplc="DFF429F2">
      <w:start w:val="1"/>
      <w:numFmt w:val="decimal"/>
      <w:lvlText w:val="%1."/>
      <w:lvlJc w:val="left"/>
      <w:pPr>
        <w:ind w:left="218" w:hanging="360"/>
      </w:pPr>
      <w:rPr>
        <w:rFonts w:asciiTheme="minorHAnsi" w:hAnsiTheme="minorHAnsi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23">
    <w:nsid w:val="6B9A3060"/>
    <w:multiLevelType w:val="hybridMultilevel"/>
    <w:tmpl w:val="72A0EFEA"/>
    <w:lvl w:ilvl="0" w:tplc="7F00B9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F2071B"/>
    <w:multiLevelType w:val="hybridMultilevel"/>
    <w:tmpl w:val="7B5CFD44"/>
    <w:lvl w:ilvl="0" w:tplc="E5F0B8B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9"/>
  </w:num>
  <w:num w:numId="12">
    <w:abstractNumId w:val="9"/>
  </w:num>
  <w:num w:numId="13">
    <w:abstractNumId w:val="18"/>
  </w:num>
  <w:num w:numId="14">
    <w:abstractNumId w:val="8"/>
  </w:num>
  <w:num w:numId="15">
    <w:abstractNumId w:val="8"/>
  </w:num>
  <w:num w:numId="16">
    <w:abstractNumId w:val="13"/>
  </w:num>
  <w:num w:numId="17">
    <w:abstractNumId w:val="8"/>
  </w:num>
  <w:num w:numId="18">
    <w:abstractNumId w:val="7"/>
  </w:num>
  <w:num w:numId="19">
    <w:abstractNumId w:val="7"/>
  </w:num>
  <w:num w:numId="20">
    <w:abstractNumId w:val="17"/>
  </w:num>
  <w:num w:numId="21">
    <w:abstractNumId w:val="8"/>
  </w:num>
  <w:num w:numId="22">
    <w:abstractNumId w:val="21"/>
  </w:num>
  <w:num w:numId="23">
    <w:abstractNumId w:val="11"/>
  </w:num>
  <w:num w:numId="24">
    <w:abstractNumId w:val="7"/>
  </w:num>
  <w:num w:numId="25">
    <w:abstractNumId w:val="7"/>
  </w:num>
  <w:num w:numId="26">
    <w:abstractNumId w:val="7"/>
  </w:num>
  <w:num w:numId="27">
    <w:abstractNumId w:val="7"/>
  </w:num>
  <w:num w:numId="28">
    <w:abstractNumId w:val="7"/>
  </w:num>
  <w:num w:numId="29">
    <w:abstractNumId w:val="7"/>
  </w:num>
  <w:num w:numId="30">
    <w:abstractNumId w:val="7"/>
  </w:num>
  <w:num w:numId="31">
    <w:abstractNumId w:val="7"/>
  </w:num>
  <w:num w:numId="32">
    <w:abstractNumId w:val="7"/>
    <w:lvlOverride w:ilvl="0">
      <w:startOverride w:val="1"/>
    </w:lvlOverride>
  </w:num>
  <w:num w:numId="33">
    <w:abstractNumId w:val="7"/>
  </w:num>
  <w:num w:numId="34">
    <w:abstractNumId w:val="7"/>
    <w:lvlOverride w:ilvl="0">
      <w:startOverride w:val="1"/>
    </w:lvlOverride>
  </w:num>
  <w:num w:numId="35">
    <w:abstractNumId w:val="23"/>
  </w:num>
  <w:num w:numId="36">
    <w:abstractNumId w:val="7"/>
  </w:num>
  <w:num w:numId="37">
    <w:abstractNumId w:val="7"/>
  </w:num>
  <w:num w:numId="38">
    <w:abstractNumId w:val="7"/>
  </w:num>
  <w:num w:numId="39">
    <w:abstractNumId w:val="7"/>
  </w:num>
  <w:num w:numId="40">
    <w:abstractNumId w:val="7"/>
  </w:num>
  <w:num w:numId="41">
    <w:abstractNumId w:val="15"/>
  </w:num>
  <w:num w:numId="42">
    <w:abstractNumId w:val="20"/>
  </w:num>
  <w:num w:numId="43">
    <w:abstractNumId w:val="16"/>
  </w:num>
  <w:num w:numId="44">
    <w:abstractNumId w:val="14"/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12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2D93"/>
    <w:rsid w:val="00034616"/>
    <w:rsid w:val="00057A94"/>
    <w:rsid w:val="0006063C"/>
    <w:rsid w:val="00064732"/>
    <w:rsid w:val="0009232B"/>
    <w:rsid w:val="000E4379"/>
    <w:rsid w:val="00107241"/>
    <w:rsid w:val="00146507"/>
    <w:rsid w:val="0015074B"/>
    <w:rsid w:val="00180AD5"/>
    <w:rsid w:val="001C6273"/>
    <w:rsid w:val="002738B0"/>
    <w:rsid w:val="0029639D"/>
    <w:rsid w:val="002C3688"/>
    <w:rsid w:val="00326F90"/>
    <w:rsid w:val="003B002E"/>
    <w:rsid w:val="003E7CB5"/>
    <w:rsid w:val="004844AB"/>
    <w:rsid w:val="00492052"/>
    <w:rsid w:val="004E3DB6"/>
    <w:rsid w:val="0052347A"/>
    <w:rsid w:val="00642452"/>
    <w:rsid w:val="0065244D"/>
    <w:rsid w:val="0068506D"/>
    <w:rsid w:val="00696423"/>
    <w:rsid w:val="006A02E0"/>
    <w:rsid w:val="006A23F3"/>
    <w:rsid w:val="006B5986"/>
    <w:rsid w:val="006C3EB4"/>
    <w:rsid w:val="006D4B3D"/>
    <w:rsid w:val="00707F42"/>
    <w:rsid w:val="00790593"/>
    <w:rsid w:val="007D771B"/>
    <w:rsid w:val="008514B5"/>
    <w:rsid w:val="00892E78"/>
    <w:rsid w:val="008C7D1D"/>
    <w:rsid w:val="008E7F67"/>
    <w:rsid w:val="00911B57"/>
    <w:rsid w:val="00934DED"/>
    <w:rsid w:val="009513C6"/>
    <w:rsid w:val="00951A05"/>
    <w:rsid w:val="00980F8C"/>
    <w:rsid w:val="009966A6"/>
    <w:rsid w:val="009A7604"/>
    <w:rsid w:val="00A059DB"/>
    <w:rsid w:val="00A0708D"/>
    <w:rsid w:val="00A358D2"/>
    <w:rsid w:val="00A359D0"/>
    <w:rsid w:val="00A63252"/>
    <w:rsid w:val="00AA1D8D"/>
    <w:rsid w:val="00AB06CC"/>
    <w:rsid w:val="00AD2CF7"/>
    <w:rsid w:val="00AE101D"/>
    <w:rsid w:val="00AE18B0"/>
    <w:rsid w:val="00AF2CBF"/>
    <w:rsid w:val="00B25069"/>
    <w:rsid w:val="00B47730"/>
    <w:rsid w:val="00B71FAE"/>
    <w:rsid w:val="00B844F8"/>
    <w:rsid w:val="00BC4DEA"/>
    <w:rsid w:val="00BF513A"/>
    <w:rsid w:val="00C221FC"/>
    <w:rsid w:val="00C55E13"/>
    <w:rsid w:val="00C87A68"/>
    <w:rsid w:val="00CA040E"/>
    <w:rsid w:val="00CB0664"/>
    <w:rsid w:val="00D0419D"/>
    <w:rsid w:val="00D5567C"/>
    <w:rsid w:val="00D9106F"/>
    <w:rsid w:val="00DC2B2F"/>
    <w:rsid w:val="00DE0C45"/>
    <w:rsid w:val="00E72069"/>
    <w:rsid w:val="00E75BE8"/>
    <w:rsid w:val="00EA2B7E"/>
    <w:rsid w:val="00F12850"/>
    <w:rsid w:val="00F20943"/>
    <w:rsid w:val="00F25DFC"/>
    <w:rsid w:val="00FB021C"/>
    <w:rsid w:val="00FB57EB"/>
    <w:rsid w:val="00FC32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33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7A9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7A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7A9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7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7F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D2CF7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pl-PL"/>
    </w:rPr>
  </w:style>
  <w:style w:type="character" w:customStyle="1" w:styleId="AkapitzlistZnak">
    <w:name w:val="Akapit z listą Znak"/>
    <w:link w:val="Akapitzlist"/>
    <w:uiPriority w:val="34"/>
    <w:locked/>
    <w:rsid w:val="0065244D"/>
    <w:rPr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33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7A9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7A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7A9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7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7F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D2CF7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pl-PL"/>
    </w:rPr>
  </w:style>
  <w:style w:type="character" w:customStyle="1" w:styleId="AkapitzlistZnak">
    <w:name w:val="Akapit z listą Znak"/>
    <w:link w:val="Akapitzlist"/>
    <w:uiPriority w:val="34"/>
    <w:locked/>
    <w:rsid w:val="0065244D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F80B15-62B3-4E52-BB52-3E75D0845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815</Words>
  <Characters>4895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2</cp:revision>
  <cp:lastPrinted>2025-10-30T11:54:00Z</cp:lastPrinted>
  <dcterms:created xsi:type="dcterms:W3CDTF">2026-05-15T09:58:00Z</dcterms:created>
  <dcterms:modified xsi:type="dcterms:W3CDTF">2026-05-15T09:58:00Z</dcterms:modified>
</cp:coreProperties>
</file>