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EF70C5" w14:textId="77777777" w:rsidR="006C6294" w:rsidRPr="006C6294" w:rsidRDefault="006C6294">
      <w:pPr>
        <w:jc w:val="center"/>
        <w:rPr>
          <w:rFonts w:asciiTheme="majorHAnsi" w:hAnsiTheme="majorHAnsi" w:cstheme="majorHAnsi"/>
          <w:b/>
          <w:sz w:val="24"/>
          <w:lang w:val="pl-PL"/>
        </w:rPr>
      </w:pPr>
    </w:p>
    <w:p w14:paraId="56FF2069" w14:textId="64B6051F" w:rsidR="00F0614C" w:rsidRPr="006C6294" w:rsidRDefault="0024788E">
      <w:pPr>
        <w:jc w:val="center"/>
        <w:rPr>
          <w:rFonts w:asciiTheme="majorHAnsi" w:hAnsiTheme="majorHAnsi" w:cstheme="majorHAnsi"/>
          <w:sz w:val="24"/>
          <w:szCs w:val="24"/>
          <w:lang w:val="pl-PL"/>
        </w:rPr>
      </w:pPr>
      <w:r w:rsidRPr="006C6294">
        <w:rPr>
          <w:rFonts w:asciiTheme="majorHAnsi" w:hAnsiTheme="majorHAnsi" w:cstheme="majorHAnsi"/>
          <w:b/>
          <w:sz w:val="28"/>
          <w:szCs w:val="24"/>
          <w:lang w:val="pl-PL"/>
        </w:rPr>
        <w:t>OŚWIADCZENIE</w:t>
      </w:r>
      <w:bookmarkStart w:id="0" w:name="_GoBack"/>
      <w:bookmarkEnd w:id="0"/>
    </w:p>
    <w:p w14:paraId="16A75BA2" w14:textId="3EE1AFA4" w:rsidR="006C6294" w:rsidRPr="0016436E" w:rsidRDefault="006C6294" w:rsidP="006C6294">
      <w:pPr>
        <w:jc w:val="center"/>
        <w:rPr>
          <w:rFonts w:asciiTheme="majorHAnsi" w:hAnsiTheme="majorHAnsi" w:cstheme="majorHAnsi"/>
          <w:sz w:val="20"/>
          <w:szCs w:val="20"/>
          <w:lang w:val="pl-PL"/>
        </w:rPr>
      </w:pPr>
      <w:r w:rsidRPr="0016436E">
        <w:rPr>
          <w:rFonts w:asciiTheme="majorHAnsi" w:hAnsiTheme="majorHAnsi" w:cstheme="majorHAnsi"/>
          <w:sz w:val="20"/>
          <w:szCs w:val="20"/>
          <w:lang w:val="pl-PL"/>
        </w:rPr>
        <w:t xml:space="preserve">o spełnieniu warunku, o którym mowa w </w:t>
      </w:r>
      <w:r w:rsidR="0024788E" w:rsidRPr="0016436E">
        <w:rPr>
          <w:rFonts w:asciiTheme="majorHAnsi" w:hAnsiTheme="majorHAnsi" w:cstheme="majorHAnsi"/>
          <w:sz w:val="20"/>
          <w:szCs w:val="20"/>
          <w:lang w:val="pl-PL"/>
        </w:rPr>
        <w:t xml:space="preserve">§ 12 </w:t>
      </w:r>
      <w:r w:rsidRPr="0016436E">
        <w:rPr>
          <w:rFonts w:asciiTheme="majorHAnsi" w:hAnsiTheme="majorHAnsi" w:cstheme="majorHAnsi"/>
          <w:sz w:val="20"/>
          <w:szCs w:val="20"/>
          <w:lang w:val="pl-PL"/>
        </w:rPr>
        <w:t xml:space="preserve">ust. 1 pkt 1 lit. b Regulaminu </w:t>
      </w:r>
      <w:r w:rsidR="00CF6920" w:rsidRPr="0016436E">
        <w:rPr>
          <w:rFonts w:asciiTheme="majorHAnsi" w:hAnsiTheme="majorHAnsi" w:cstheme="majorHAnsi"/>
          <w:sz w:val="20"/>
          <w:szCs w:val="20"/>
          <w:lang w:val="pl-PL"/>
        </w:rPr>
        <w:br/>
      </w:r>
      <w:r w:rsidRPr="0016436E">
        <w:rPr>
          <w:rFonts w:asciiTheme="majorHAnsi" w:hAnsiTheme="majorHAnsi" w:cstheme="majorHAnsi"/>
          <w:sz w:val="20"/>
          <w:szCs w:val="20"/>
          <w:lang w:val="pl-PL"/>
        </w:rPr>
        <w:t>(w zakresie bezzwrotnych środków in</w:t>
      </w:r>
      <w:r w:rsidR="006E6D20" w:rsidRPr="0016436E">
        <w:rPr>
          <w:rFonts w:asciiTheme="majorHAnsi" w:hAnsiTheme="majorHAnsi" w:cstheme="majorHAnsi"/>
          <w:sz w:val="20"/>
          <w:szCs w:val="20"/>
          <w:lang w:val="pl-PL"/>
        </w:rPr>
        <w:t>nych niż środki Funduszu Pracy)</w:t>
      </w:r>
    </w:p>
    <w:p w14:paraId="06FEA250" w14:textId="77777777" w:rsidR="006C6294" w:rsidRPr="006C6294" w:rsidRDefault="006C6294">
      <w:pPr>
        <w:rPr>
          <w:rFonts w:asciiTheme="majorHAnsi" w:hAnsiTheme="majorHAnsi" w:cstheme="majorHAnsi"/>
          <w:sz w:val="24"/>
          <w:szCs w:val="24"/>
          <w:lang w:val="pl-PL"/>
        </w:rPr>
      </w:pPr>
    </w:p>
    <w:p w14:paraId="148B42CD" w14:textId="35B8A0D4" w:rsidR="00F0614C" w:rsidRPr="006C6294" w:rsidRDefault="0024788E" w:rsidP="006C6294">
      <w:pPr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6C6294">
        <w:rPr>
          <w:rFonts w:asciiTheme="majorHAnsi" w:hAnsiTheme="majorHAnsi" w:cstheme="majorHAnsi"/>
          <w:sz w:val="24"/>
          <w:szCs w:val="24"/>
          <w:lang w:val="pl-PL"/>
        </w:rPr>
        <w:t>Ja, niżej podpisany/a</w:t>
      </w:r>
    </w:p>
    <w:p w14:paraId="3D8E601B" w14:textId="46BAE4AD" w:rsidR="00F0614C" w:rsidRPr="006C6294" w:rsidRDefault="0024788E" w:rsidP="006C6294">
      <w:pPr>
        <w:jc w:val="both"/>
        <w:rPr>
          <w:rFonts w:asciiTheme="majorHAnsi" w:hAnsiTheme="majorHAnsi" w:cstheme="majorHAnsi"/>
          <w:sz w:val="24"/>
          <w:szCs w:val="24"/>
          <w:lang w:val="pl-PL"/>
        </w:rPr>
      </w:pPr>
      <w:bookmarkStart w:id="1" w:name="_Hlk195788859"/>
      <w:r w:rsidRPr="006C6294">
        <w:rPr>
          <w:rFonts w:asciiTheme="majorHAnsi" w:hAnsiTheme="majorHAnsi" w:cstheme="majorHAnsi"/>
          <w:sz w:val="24"/>
          <w:szCs w:val="24"/>
          <w:lang w:val="pl-PL"/>
        </w:rPr>
        <w:t>Imię i nazwisko: ...................</w:t>
      </w:r>
      <w:r w:rsidR="006C6294">
        <w:rPr>
          <w:rFonts w:asciiTheme="majorHAnsi" w:hAnsiTheme="majorHAnsi" w:cstheme="majorHAnsi"/>
          <w:sz w:val="24"/>
          <w:szCs w:val="24"/>
          <w:lang w:val="pl-PL"/>
        </w:rPr>
        <w:t>......</w:t>
      </w:r>
      <w:r w:rsidRPr="006C6294">
        <w:rPr>
          <w:rFonts w:asciiTheme="majorHAnsi" w:hAnsiTheme="majorHAnsi" w:cstheme="majorHAnsi"/>
          <w:sz w:val="24"/>
          <w:szCs w:val="24"/>
          <w:lang w:val="pl-PL"/>
        </w:rPr>
        <w:t>.................................</w:t>
      </w:r>
    </w:p>
    <w:p w14:paraId="1A09B70A" w14:textId="321DC6A0" w:rsidR="00F0614C" w:rsidRPr="006C6294" w:rsidRDefault="0024788E" w:rsidP="006C6294">
      <w:pPr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6C6294">
        <w:rPr>
          <w:rFonts w:asciiTheme="majorHAnsi" w:hAnsiTheme="majorHAnsi" w:cstheme="majorHAnsi"/>
          <w:sz w:val="24"/>
          <w:szCs w:val="24"/>
          <w:lang w:val="pl-PL"/>
        </w:rPr>
        <w:t>PESEL: ..................................</w:t>
      </w:r>
      <w:r w:rsidR="006C6294">
        <w:rPr>
          <w:rFonts w:asciiTheme="majorHAnsi" w:hAnsiTheme="majorHAnsi" w:cstheme="majorHAnsi"/>
          <w:sz w:val="24"/>
          <w:szCs w:val="24"/>
          <w:lang w:val="pl-PL"/>
        </w:rPr>
        <w:t>.....................</w:t>
      </w:r>
      <w:r w:rsidRPr="006C6294">
        <w:rPr>
          <w:rFonts w:asciiTheme="majorHAnsi" w:hAnsiTheme="majorHAnsi" w:cstheme="majorHAnsi"/>
          <w:sz w:val="24"/>
          <w:szCs w:val="24"/>
          <w:lang w:val="pl-PL"/>
        </w:rPr>
        <w:t>..................</w:t>
      </w:r>
    </w:p>
    <w:bookmarkEnd w:id="1"/>
    <w:p w14:paraId="282FB0A0" w14:textId="77777777" w:rsidR="006C6294" w:rsidRPr="006C6294" w:rsidRDefault="006C6294" w:rsidP="006C6294">
      <w:pPr>
        <w:jc w:val="both"/>
        <w:rPr>
          <w:rFonts w:asciiTheme="majorHAnsi" w:hAnsiTheme="majorHAnsi" w:cstheme="majorHAnsi"/>
          <w:sz w:val="24"/>
          <w:szCs w:val="24"/>
          <w:lang w:val="pl-PL"/>
        </w:rPr>
      </w:pPr>
    </w:p>
    <w:p w14:paraId="33A3A188" w14:textId="24A27079" w:rsidR="00F0614C" w:rsidRPr="006C6294" w:rsidRDefault="0024788E" w:rsidP="006C6294">
      <w:pPr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6C6294">
        <w:rPr>
          <w:rFonts w:asciiTheme="majorHAnsi" w:hAnsiTheme="majorHAnsi" w:cstheme="majorHAnsi"/>
          <w:sz w:val="24"/>
          <w:szCs w:val="24"/>
          <w:lang w:val="pl-PL"/>
        </w:rPr>
        <w:t>oświadczam, że nie otrzymałem/</w:t>
      </w:r>
      <w:proofErr w:type="spellStart"/>
      <w:r w:rsidRPr="006C6294">
        <w:rPr>
          <w:rFonts w:asciiTheme="majorHAnsi" w:hAnsiTheme="majorHAnsi" w:cstheme="majorHAnsi"/>
          <w:sz w:val="24"/>
          <w:szCs w:val="24"/>
          <w:lang w:val="pl-PL"/>
        </w:rPr>
        <w:t>am</w:t>
      </w:r>
      <w:proofErr w:type="spellEnd"/>
      <w:r w:rsidRPr="006C6294">
        <w:rPr>
          <w:rFonts w:asciiTheme="majorHAnsi" w:hAnsiTheme="majorHAnsi" w:cstheme="majorHAnsi"/>
          <w:sz w:val="24"/>
          <w:szCs w:val="24"/>
          <w:lang w:val="pl-PL"/>
        </w:rPr>
        <w:t xml:space="preserve"> </w:t>
      </w:r>
      <w:r w:rsidR="006C6294" w:rsidRPr="006C6294">
        <w:rPr>
          <w:rFonts w:asciiTheme="majorHAnsi" w:hAnsiTheme="majorHAnsi" w:cstheme="majorHAnsi"/>
          <w:sz w:val="24"/>
          <w:szCs w:val="24"/>
          <w:lang w:val="pl-PL"/>
        </w:rPr>
        <w:t xml:space="preserve">bezzwrotnych środków </w:t>
      </w:r>
      <w:r w:rsidRPr="006C6294">
        <w:rPr>
          <w:rFonts w:asciiTheme="majorHAnsi" w:hAnsiTheme="majorHAnsi" w:cstheme="majorHAnsi"/>
          <w:sz w:val="24"/>
          <w:szCs w:val="24"/>
          <w:lang w:val="pl-PL"/>
        </w:rPr>
        <w:t xml:space="preserve">publicznych innych </w:t>
      </w:r>
      <w:r>
        <w:rPr>
          <w:rFonts w:asciiTheme="majorHAnsi" w:hAnsiTheme="majorHAnsi" w:cstheme="majorHAnsi"/>
          <w:sz w:val="24"/>
          <w:szCs w:val="24"/>
          <w:lang w:val="pl-PL"/>
        </w:rPr>
        <w:t xml:space="preserve">niż środki Funduszu Pracy </w:t>
      </w:r>
      <w:r w:rsidRPr="006C6294">
        <w:rPr>
          <w:rFonts w:asciiTheme="majorHAnsi" w:hAnsiTheme="majorHAnsi" w:cstheme="majorHAnsi"/>
          <w:sz w:val="24"/>
          <w:szCs w:val="24"/>
          <w:lang w:val="pl-PL"/>
        </w:rPr>
        <w:t>na podjęcie działalności gospodarczej lub rolniczej, założenie lub przystąpienie do spółdzielni socjalnej.</w:t>
      </w:r>
    </w:p>
    <w:p w14:paraId="718DA6C0" w14:textId="77777777" w:rsidR="006C6294" w:rsidRPr="006C6294" w:rsidRDefault="006C6294" w:rsidP="006C6294">
      <w:pPr>
        <w:jc w:val="both"/>
        <w:rPr>
          <w:rFonts w:asciiTheme="majorHAnsi" w:hAnsiTheme="majorHAnsi" w:cstheme="majorHAnsi"/>
          <w:sz w:val="24"/>
          <w:szCs w:val="24"/>
          <w:lang w:val="pl-PL"/>
        </w:rPr>
      </w:pPr>
    </w:p>
    <w:p w14:paraId="2778B04F" w14:textId="547397A6" w:rsidR="00F0614C" w:rsidRPr="006C6294" w:rsidRDefault="0024788E" w:rsidP="006C6294">
      <w:pPr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6C6294">
        <w:rPr>
          <w:rFonts w:asciiTheme="majorHAnsi" w:hAnsiTheme="majorHAnsi" w:cstheme="majorHAnsi"/>
          <w:sz w:val="24"/>
          <w:szCs w:val="24"/>
          <w:lang w:val="pl-PL"/>
        </w:rPr>
        <w:t>Oświadczam, że powyższe dane są zgodne z prawdą i jestem świadomy/a odpowiedzialności karnej za składanie fałszywych oświadczeń.</w:t>
      </w:r>
    </w:p>
    <w:p w14:paraId="7DB630C6" w14:textId="77777777" w:rsidR="006C6294" w:rsidRPr="006C6294" w:rsidRDefault="006C6294" w:rsidP="006C6294">
      <w:pPr>
        <w:jc w:val="both"/>
        <w:rPr>
          <w:rFonts w:asciiTheme="majorHAnsi" w:hAnsiTheme="majorHAnsi" w:cstheme="majorHAnsi"/>
          <w:sz w:val="24"/>
          <w:szCs w:val="24"/>
          <w:lang w:val="pl-PL"/>
        </w:rPr>
      </w:pPr>
    </w:p>
    <w:p w14:paraId="5C107F45" w14:textId="3923B569" w:rsidR="00F0614C" w:rsidRPr="006C6294" w:rsidRDefault="00F8406E" w:rsidP="006C6294">
      <w:pPr>
        <w:jc w:val="both"/>
        <w:rPr>
          <w:rFonts w:asciiTheme="majorHAnsi" w:hAnsiTheme="majorHAnsi" w:cstheme="majorHAnsi"/>
          <w:sz w:val="24"/>
          <w:szCs w:val="24"/>
          <w:lang w:val="pl-PL"/>
        </w:rPr>
      </w:pPr>
      <w:bookmarkStart w:id="2" w:name="_Hlk195788974"/>
      <w:r>
        <w:rPr>
          <w:rFonts w:asciiTheme="majorHAnsi" w:hAnsiTheme="majorHAnsi" w:cstheme="majorHAnsi"/>
          <w:sz w:val="24"/>
          <w:szCs w:val="24"/>
          <w:lang w:val="pl-PL"/>
        </w:rPr>
        <w:t>D</w:t>
      </w:r>
      <w:r w:rsidR="0024788E" w:rsidRPr="006C6294">
        <w:rPr>
          <w:rFonts w:asciiTheme="majorHAnsi" w:hAnsiTheme="majorHAnsi" w:cstheme="majorHAnsi"/>
          <w:sz w:val="24"/>
          <w:szCs w:val="24"/>
          <w:lang w:val="pl-PL"/>
        </w:rPr>
        <w:t>ata: ....................................................</w:t>
      </w:r>
      <w:r w:rsidR="006E6D20">
        <w:rPr>
          <w:rFonts w:asciiTheme="majorHAnsi" w:hAnsiTheme="majorHAnsi" w:cstheme="majorHAnsi"/>
          <w:sz w:val="24"/>
          <w:szCs w:val="24"/>
          <w:lang w:val="pl-PL"/>
        </w:rPr>
        <w:t>......................</w:t>
      </w:r>
    </w:p>
    <w:p w14:paraId="048664B0" w14:textId="77777777" w:rsidR="006C6294" w:rsidRPr="006C6294" w:rsidRDefault="006C6294" w:rsidP="006C6294">
      <w:pPr>
        <w:jc w:val="both"/>
        <w:rPr>
          <w:rFonts w:asciiTheme="majorHAnsi" w:hAnsiTheme="majorHAnsi" w:cstheme="majorHAnsi"/>
          <w:sz w:val="24"/>
          <w:szCs w:val="24"/>
          <w:lang w:val="pl-PL"/>
        </w:rPr>
      </w:pPr>
    </w:p>
    <w:p w14:paraId="7FEF5939" w14:textId="125F26D3" w:rsidR="00F0614C" w:rsidRPr="006C6294" w:rsidRDefault="0024788E" w:rsidP="006C6294">
      <w:pPr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 w:rsidRPr="006C6294">
        <w:rPr>
          <w:rFonts w:asciiTheme="majorHAnsi" w:hAnsiTheme="majorHAnsi" w:cstheme="majorHAnsi"/>
          <w:sz w:val="24"/>
          <w:szCs w:val="24"/>
          <w:lang w:val="pl-PL"/>
        </w:rPr>
        <w:t>Podpis: ....................</w:t>
      </w:r>
      <w:r w:rsidR="006C6294">
        <w:rPr>
          <w:rFonts w:asciiTheme="majorHAnsi" w:hAnsiTheme="majorHAnsi" w:cstheme="majorHAnsi"/>
          <w:sz w:val="24"/>
          <w:szCs w:val="24"/>
          <w:lang w:val="pl-PL"/>
        </w:rPr>
        <w:t>....................</w:t>
      </w:r>
      <w:r w:rsidRPr="006C6294">
        <w:rPr>
          <w:rFonts w:asciiTheme="majorHAnsi" w:hAnsiTheme="majorHAnsi" w:cstheme="majorHAnsi"/>
          <w:sz w:val="24"/>
          <w:szCs w:val="24"/>
          <w:lang w:val="pl-PL"/>
        </w:rPr>
        <w:t>................................</w:t>
      </w:r>
      <w:bookmarkEnd w:id="2"/>
    </w:p>
    <w:sectPr w:rsidR="00F0614C" w:rsidRPr="006C6294" w:rsidSect="006C6294">
      <w:headerReference w:type="default" r:id="rId9"/>
      <w:pgSz w:w="12240" w:h="15840"/>
      <w:pgMar w:top="1440" w:right="1800" w:bottom="1440" w:left="1800" w:header="42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7FEE3D9" w14:textId="77777777" w:rsidR="00AD3ABE" w:rsidRDefault="00AD3ABE" w:rsidP="006C6294">
      <w:pPr>
        <w:spacing w:after="0" w:line="240" w:lineRule="auto"/>
      </w:pPr>
      <w:r>
        <w:separator/>
      </w:r>
    </w:p>
  </w:endnote>
  <w:endnote w:type="continuationSeparator" w:id="0">
    <w:p w14:paraId="7C8B8858" w14:textId="77777777" w:rsidR="00AD3ABE" w:rsidRDefault="00AD3ABE" w:rsidP="006C62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4E6B80D" w14:textId="77777777" w:rsidR="00AD3ABE" w:rsidRDefault="00AD3ABE" w:rsidP="006C6294">
      <w:pPr>
        <w:spacing w:after="0" w:line="240" w:lineRule="auto"/>
      </w:pPr>
      <w:r>
        <w:separator/>
      </w:r>
    </w:p>
  </w:footnote>
  <w:footnote w:type="continuationSeparator" w:id="0">
    <w:p w14:paraId="59C02EDC" w14:textId="77777777" w:rsidR="00AD3ABE" w:rsidRDefault="00AD3ABE" w:rsidP="006C62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8D52D6" w14:textId="77777777" w:rsidR="006E6D20" w:rsidRDefault="006E6D20" w:rsidP="006E6D20">
    <w:pPr>
      <w:pStyle w:val="Nagwek"/>
      <w:jc w:val="right"/>
      <w:rPr>
        <w:rFonts w:asciiTheme="majorHAnsi" w:hAnsiTheme="majorHAnsi" w:cstheme="majorHAnsi"/>
        <w:sz w:val="20"/>
        <w:szCs w:val="20"/>
      </w:rPr>
    </w:pPr>
  </w:p>
  <w:p w14:paraId="66F9200B" w14:textId="4B200E97" w:rsidR="006E6D20" w:rsidRDefault="006E6D20" w:rsidP="006E6D20">
    <w:pPr>
      <w:pStyle w:val="Nagwek"/>
      <w:jc w:val="center"/>
      <w:rPr>
        <w:rFonts w:asciiTheme="majorHAnsi" w:hAnsiTheme="majorHAnsi" w:cstheme="majorHAnsi"/>
        <w:sz w:val="20"/>
        <w:szCs w:val="20"/>
      </w:rPr>
    </w:pPr>
    <w:r>
      <w:rPr>
        <w:noProof/>
        <w:lang w:val="pl-PL" w:eastAsia="pl-PL"/>
      </w:rPr>
      <w:drawing>
        <wp:inline distT="0" distB="0" distL="0" distR="0" wp14:anchorId="27DC80F6" wp14:editId="514C297E">
          <wp:extent cx="3169920" cy="624840"/>
          <wp:effectExtent l="0" t="0" r="0" b="0"/>
          <wp:docPr id="2" name="Obraz 2" descr="Opis: C:\Users\User\AppData\Local\Microsoft\Windows\INetCache\Content.Word\FERS_RP_UE_RGB-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Opis: C:\Users\User\AppData\Local\Microsoft\Windows\INetCache\Content.Word\FERS_RP_UE_RGB-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69920" cy="624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15FB5A8" w14:textId="0904E454" w:rsidR="006E6D20" w:rsidRPr="006E6D20" w:rsidRDefault="006E6D20" w:rsidP="006E6D20">
    <w:pPr>
      <w:pStyle w:val="Nagwek"/>
      <w:ind w:right="-716"/>
      <w:jc w:val="right"/>
      <w:rPr>
        <w:rFonts w:asciiTheme="majorHAnsi" w:hAnsiTheme="majorHAnsi" w:cstheme="majorHAnsi"/>
        <w:sz w:val="20"/>
        <w:szCs w:val="20"/>
      </w:rPr>
    </w:pPr>
    <w:r>
      <w:rPr>
        <w:rFonts w:asciiTheme="majorHAnsi" w:hAnsiTheme="majorHAnsi" w:cstheme="majorHAnsi"/>
        <w:sz w:val="20"/>
        <w:szCs w:val="20"/>
      </w:rPr>
      <w:t xml:space="preserve">      </w:t>
    </w:r>
    <w:r w:rsidRPr="006E6D20">
      <w:rPr>
        <w:rFonts w:asciiTheme="majorHAnsi" w:hAnsiTheme="majorHAnsi" w:cstheme="majorHAnsi"/>
        <w:sz w:val="20"/>
        <w:szCs w:val="20"/>
      </w:rPr>
      <w:t>Załącznik nr 4 do Wniosku o umorzenie</w:t>
    </w:r>
  </w:p>
  <w:p w14:paraId="7A0336B4" w14:textId="33D6352D" w:rsidR="006C6294" w:rsidRDefault="006C6294" w:rsidP="006E6D20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6436E"/>
    <w:rsid w:val="0024788E"/>
    <w:rsid w:val="0029639D"/>
    <w:rsid w:val="00326F90"/>
    <w:rsid w:val="006C6294"/>
    <w:rsid w:val="006E6D20"/>
    <w:rsid w:val="00726073"/>
    <w:rsid w:val="007B6B43"/>
    <w:rsid w:val="00AA1D8D"/>
    <w:rsid w:val="00AD3ABE"/>
    <w:rsid w:val="00B47730"/>
    <w:rsid w:val="00B71FAE"/>
    <w:rsid w:val="00CB0664"/>
    <w:rsid w:val="00CC7261"/>
    <w:rsid w:val="00CF6920"/>
    <w:rsid w:val="00D9106F"/>
    <w:rsid w:val="00F0614C"/>
    <w:rsid w:val="00F8406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35C4C3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kstdymka">
    <w:name w:val="Balloon Text"/>
    <w:basedOn w:val="Normalny"/>
    <w:link w:val="TekstdymkaZnak"/>
    <w:uiPriority w:val="99"/>
    <w:semiHidden/>
    <w:unhideWhenUsed/>
    <w:rsid w:val="006E6D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6D2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kstdymka">
    <w:name w:val="Balloon Text"/>
    <w:basedOn w:val="Normalny"/>
    <w:link w:val="TekstdymkaZnak"/>
    <w:uiPriority w:val="99"/>
    <w:semiHidden/>
    <w:unhideWhenUsed/>
    <w:rsid w:val="006E6D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6D2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902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6A82EBE-398D-4F22-9E17-5665E071CB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718</Characters>
  <Application>Microsoft Office Word</Application>
  <DocSecurity>0</DocSecurity>
  <Lines>5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836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User</cp:lastModifiedBy>
  <cp:revision>3</cp:revision>
  <dcterms:created xsi:type="dcterms:W3CDTF">2025-10-30T10:29:00Z</dcterms:created>
  <dcterms:modified xsi:type="dcterms:W3CDTF">2025-10-30T10:33:00Z</dcterms:modified>
</cp:coreProperties>
</file>