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2B67CE" w14:textId="61C1D3FB" w:rsidR="00CC2CE0" w:rsidRPr="00133F23" w:rsidRDefault="0095744E" w:rsidP="00133F23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b/>
          <w:sz w:val="24"/>
          <w:szCs w:val="24"/>
          <w:lang w:val="pl-PL"/>
        </w:rPr>
        <w:t>ZAŚWIADCZENIE</w:t>
      </w:r>
      <w:r w:rsidR="00133F23" w:rsidRPr="00133F23">
        <w:rPr>
          <w:rFonts w:asciiTheme="majorHAnsi" w:hAnsiTheme="majorHAnsi" w:cstheme="majorHAnsi"/>
          <w:b/>
          <w:sz w:val="24"/>
          <w:szCs w:val="24"/>
          <w:lang w:val="pl-PL"/>
        </w:rPr>
        <w:t xml:space="preserve"> </w:t>
      </w:r>
      <w:r w:rsidR="00FE126F">
        <w:rPr>
          <w:rFonts w:asciiTheme="majorHAnsi" w:hAnsiTheme="majorHAnsi" w:cstheme="majorHAnsi"/>
          <w:b/>
          <w:sz w:val="24"/>
          <w:szCs w:val="24"/>
          <w:lang w:val="pl-PL"/>
        </w:rPr>
        <w:t>–</w:t>
      </w:r>
      <w:r w:rsidR="00133F23" w:rsidRPr="00133F23">
        <w:rPr>
          <w:rFonts w:asciiTheme="majorHAnsi" w:hAnsiTheme="majorHAnsi" w:cstheme="majorHAnsi"/>
          <w:b/>
          <w:sz w:val="24"/>
          <w:szCs w:val="24"/>
          <w:lang w:val="pl-PL"/>
        </w:rPr>
        <w:t xml:space="preserve"> WZÓR</w:t>
      </w:r>
      <w:r w:rsidR="00FE126F">
        <w:rPr>
          <w:rFonts w:asciiTheme="majorHAnsi" w:hAnsiTheme="majorHAnsi" w:cstheme="majorHAnsi"/>
          <w:b/>
          <w:sz w:val="24"/>
          <w:szCs w:val="24"/>
          <w:lang w:val="pl-PL"/>
        </w:rPr>
        <w:t>*</w:t>
      </w:r>
    </w:p>
    <w:p w14:paraId="21A51322" w14:textId="77777777" w:rsidR="00133F23" w:rsidRPr="00133F23" w:rsidRDefault="00133F23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603A14C3" w14:textId="6C1CA2F9" w:rsidR="00CC2CE0" w:rsidRPr="00133F23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Powiatowy Urząd Pracy w .................................................... zaświadcza, że</w:t>
      </w:r>
    </w:p>
    <w:p w14:paraId="2F3B6F42" w14:textId="77777777" w:rsidR="00CC2CE0" w:rsidRPr="00133F23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Pan/Pani: ....................................................</w:t>
      </w:r>
    </w:p>
    <w:p w14:paraId="1627F877" w14:textId="77777777" w:rsidR="00CC2CE0" w:rsidRPr="00133F23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PESEL: ....................................................</w:t>
      </w:r>
    </w:p>
    <w:p w14:paraId="1673BDA2" w14:textId="77777777" w:rsidR="00CC2CE0" w:rsidRPr="00133F23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Adres zamieszkania: ....................................................</w:t>
      </w:r>
    </w:p>
    <w:p w14:paraId="7FB2231F" w14:textId="77777777" w:rsidR="00133F23" w:rsidRPr="00133F23" w:rsidRDefault="00133F23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13E9F81" w14:textId="6FA9565B" w:rsidR="00CC2CE0" w:rsidRPr="00133F23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nie otrzymał/a jednorazowych środków na podjęcie działalności gospodarczej, o których mowa w art. 46 ust. 1 pkt 2 ustawy z dnia 20 kwietnia 2004 r. o promocji zatrudnienia i</w:t>
      </w:r>
      <w:r w:rsidR="00133F23">
        <w:rPr>
          <w:rFonts w:asciiTheme="majorHAnsi" w:hAnsiTheme="majorHAnsi" w:cstheme="majorHAnsi"/>
          <w:sz w:val="24"/>
          <w:szCs w:val="24"/>
          <w:lang w:val="pl-PL"/>
        </w:rPr>
        <w:t> </w:t>
      </w:r>
      <w:r w:rsidRPr="00133F23">
        <w:rPr>
          <w:rFonts w:asciiTheme="majorHAnsi" w:hAnsiTheme="majorHAnsi" w:cstheme="majorHAnsi"/>
          <w:sz w:val="24"/>
          <w:szCs w:val="24"/>
          <w:lang w:val="pl-PL"/>
        </w:rPr>
        <w:t>instytucjach rynku pracy.</w:t>
      </w:r>
    </w:p>
    <w:p w14:paraId="1CA9EB49" w14:textId="77777777" w:rsidR="00133F23" w:rsidRDefault="00133F23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0A7A05C9" w14:textId="0F452744" w:rsidR="00CC2CE0" w:rsidRPr="00133F23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Data wystawienia</w:t>
      </w:r>
      <w:r w:rsidR="00FE126F">
        <w:rPr>
          <w:rStyle w:val="Odwoanieprzypisudolnego"/>
          <w:rFonts w:asciiTheme="majorHAnsi" w:hAnsiTheme="majorHAnsi" w:cstheme="majorHAnsi"/>
          <w:sz w:val="32"/>
          <w:szCs w:val="32"/>
          <w:lang w:val="pl-PL"/>
        </w:rPr>
        <w:t>**</w:t>
      </w:r>
      <w:r w:rsidRPr="00133F23">
        <w:rPr>
          <w:rFonts w:asciiTheme="majorHAnsi" w:hAnsiTheme="majorHAnsi" w:cstheme="majorHAnsi"/>
          <w:sz w:val="24"/>
          <w:szCs w:val="24"/>
          <w:lang w:val="pl-PL"/>
        </w:rPr>
        <w:t>: ....................................................</w:t>
      </w:r>
    </w:p>
    <w:p w14:paraId="3DD28316" w14:textId="77777777" w:rsidR="00133F23" w:rsidRDefault="00133F23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0AC30FCA" w14:textId="00F33A74" w:rsidR="00133F23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Podpis i pieczęć urzędu: ....................................................</w:t>
      </w:r>
    </w:p>
    <w:p w14:paraId="48ACD901" w14:textId="77777777" w:rsidR="00FE126F" w:rsidRDefault="00FE126F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2A0DD13C" w14:textId="77777777" w:rsidR="00FE126F" w:rsidRDefault="00FE126F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6F20A46A" w14:textId="77777777" w:rsidR="00FE126F" w:rsidRDefault="00FE126F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52506A7F" w14:textId="77777777" w:rsidR="00FE126F" w:rsidRDefault="00FE126F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2126ADE" w14:textId="77777777" w:rsidR="00FE126F" w:rsidRDefault="00FE126F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479AB398" w14:textId="77777777" w:rsidR="00FE126F" w:rsidRDefault="00FE126F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14E8AC42" w14:textId="77777777" w:rsidR="00FE126F" w:rsidRDefault="00FE126F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3D2511E1" w14:textId="4E1FCFC6" w:rsidR="00FE126F" w:rsidRDefault="00FE126F" w:rsidP="00FE126F">
      <w:pPr>
        <w:pBdr>
          <w:bottom w:val="single" w:sz="4" w:space="1" w:color="auto"/>
        </w:pBdr>
        <w:ind w:right="3253"/>
        <w:jc w:val="both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27A88338" w14:textId="77777777" w:rsidR="00FE126F" w:rsidRPr="00FE126F" w:rsidRDefault="00FE126F" w:rsidP="00FE126F">
      <w:pPr>
        <w:pBdr>
          <w:bottom w:val="single" w:sz="4" w:space="1" w:color="auto"/>
        </w:pBdr>
        <w:ind w:right="3253"/>
        <w:jc w:val="both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522BBD87" w14:textId="3C4077A4" w:rsidR="00FE126F" w:rsidRPr="00FE126F" w:rsidRDefault="00FE126F" w:rsidP="00FE126F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FE126F">
        <w:rPr>
          <w:rFonts w:asciiTheme="majorHAnsi" w:hAnsiTheme="majorHAnsi" w:cstheme="majorHAnsi"/>
          <w:sz w:val="20"/>
          <w:szCs w:val="20"/>
          <w:lang w:val="pl-PL"/>
        </w:rPr>
        <w:t>*Zaświadczenie należy przedstawić z każdego PUP, w którym od 01.06.2004 r. był zarejestrowany  Pożyczkobiorca.</w:t>
      </w:r>
    </w:p>
    <w:p w14:paraId="2516D55F" w14:textId="275871CC" w:rsidR="00FE126F" w:rsidRPr="00FE126F" w:rsidRDefault="00FE126F" w:rsidP="00FE126F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FE126F">
        <w:rPr>
          <w:rFonts w:asciiTheme="majorHAnsi" w:hAnsiTheme="majorHAnsi" w:cstheme="majorHAnsi"/>
          <w:sz w:val="20"/>
          <w:szCs w:val="20"/>
          <w:lang w:val="pl-PL"/>
        </w:rPr>
        <w:t>**Zaświadczenie nie starsze niż 30 dni na dzień złożenia Wniosku o umorzenie.</w:t>
      </w:r>
    </w:p>
    <w:sectPr w:rsidR="00FE126F" w:rsidRPr="00FE126F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0173B" w14:textId="77777777" w:rsidR="00FE126F" w:rsidRDefault="00FE126F" w:rsidP="00133F23">
      <w:pPr>
        <w:spacing w:after="0" w:line="240" w:lineRule="auto"/>
      </w:pPr>
      <w:r>
        <w:separator/>
      </w:r>
    </w:p>
  </w:endnote>
  <w:endnote w:type="continuationSeparator" w:id="0">
    <w:p w14:paraId="36DC2DA2" w14:textId="77777777" w:rsidR="00FE126F" w:rsidRDefault="00FE126F" w:rsidP="00133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70ADC" w14:textId="77777777" w:rsidR="00A66D1E" w:rsidRDefault="00A66D1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50223" w14:textId="77777777" w:rsidR="00A66D1E" w:rsidRDefault="00A66D1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86FDC" w14:textId="77777777" w:rsidR="00A66D1E" w:rsidRDefault="00A66D1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E4C125" w14:textId="77777777" w:rsidR="00FE126F" w:rsidRDefault="00FE126F" w:rsidP="00133F23">
      <w:pPr>
        <w:spacing w:after="0" w:line="240" w:lineRule="auto"/>
      </w:pPr>
      <w:r>
        <w:separator/>
      </w:r>
    </w:p>
  </w:footnote>
  <w:footnote w:type="continuationSeparator" w:id="0">
    <w:p w14:paraId="7E367458" w14:textId="77777777" w:rsidR="00FE126F" w:rsidRDefault="00FE126F" w:rsidP="00133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3B3EA4" w14:textId="77777777" w:rsidR="00A66D1E" w:rsidRDefault="00A66D1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52BFB" w14:textId="16F027D4" w:rsidR="00FE126F" w:rsidRDefault="00FE126F" w:rsidP="00FE126F">
    <w:pPr>
      <w:pStyle w:val="Nagwek"/>
      <w:ind w:right="-716"/>
      <w:jc w:val="right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 xml:space="preserve">Załącznik nr </w:t>
    </w:r>
    <w:r>
      <w:rPr>
        <w:rFonts w:asciiTheme="majorHAnsi" w:hAnsiTheme="majorHAnsi" w:cstheme="majorHAnsi"/>
        <w:sz w:val="18"/>
        <w:szCs w:val="18"/>
      </w:rPr>
      <w:t>3</w:t>
    </w:r>
    <w:r w:rsidR="00A66D1E">
      <w:rPr>
        <w:rFonts w:asciiTheme="majorHAnsi" w:hAnsiTheme="majorHAnsi" w:cstheme="majorHAnsi"/>
        <w:sz w:val="18"/>
        <w:szCs w:val="18"/>
      </w:rPr>
      <w:t>/</w:t>
    </w:r>
    <w:r w:rsidR="00ED2D3F">
      <w:rPr>
        <w:rFonts w:asciiTheme="majorHAnsi" w:hAnsiTheme="majorHAnsi" w:cstheme="majorHAnsi"/>
        <w:sz w:val="18"/>
        <w:szCs w:val="18"/>
      </w:rPr>
      <w:t>7</w:t>
    </w:r>
    <w:bookmarkStart w:id="0" w:name="_GoBack"/>
    <w:bookmarkEnd w:id="0"/>
    <w:r>
      <w:rPr>
        <w:rFonts w:asciiTheme="majorHAnsi" w:hAnsiTheme="majorHAnsi" w:cstheme="majorHAnsi"/>
        <w:sz w:val="18"/>
        <w:szCs w:val="18"/>
      </w:rPr>
      <w:t xml:space="preserve">  do Wniosku o umorzenie pożyczki</w:t>
    </w:r>
  </w:p>
  <w:p w14:paraId="2FE10809" w14:textId="013F9114" w:rsidR="00FE126F" w:rsidRDefault="00FE126F" w:rsidP="00FE126F">
    <w:pPr>
      <w:pStyle w:val="Nagwek"/>
      <w:tabs>
        <w:tab w:val="left" w:pos="5954"/>
      </w:tabs>
    </w:pPr>
  </w:p>
  <w:p w14:paraId="41BC9BD7" w14:textId="77777777" w:rsidR="00FE126F" w:rsidRDefault="00FE126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80C9EA" w14:textId="77777777" w:rsidR="00A66D1E" w:rsidRDefault="00A66D1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3F23"/>
    <w:rsid w:val="0015074B"/>
    <w:rsid w:val="00207996"/>
    <w:rsid w:val="0029639D"/>
    <w:rsid w:val="00326F90"/>
    <w:rsid w:val="008C26DF"/>
    <w:rsid w:val="009377B9"/>
    <w:rsid w:val="0095744E"/>
    <w:rsid w:val="00A66D1E"/>
    <w:rsid w:val="00AA1D8D"/>
    <w:rsid w:val="00B47730"/>
    <w:rsid w:val="00CB0664"/>
    <w:rsid w:val="00CC2CE0"/>
    <w:rsid w:val="00D9106F"/>
    <w:rsid w:val="00ED2D3F"/>
    <w:rsid w:val="00F56873"/>
    <w:rsid w:val="00FC693F"/>
    <w:rsid w:val="00FE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7CA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3F2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3F2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3F2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12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3F2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3F2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3F2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12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5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410E03-9F10-4DAD-9303-8B8555BD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dcterms:created xsi:type="dcterms:W3CDTF">2025-12-10T10:53:00Z</dcterms:created>
  <dcterms:modified xsi:type="dcterms:W3CDTF">2025-12-10T10:53:00Z</dcterms:modified>
</cp:coreProperties>
</file>