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76DFDD" w14:textId="4B842937" w:rsidR="00A53348" w:rsidRPr="0010155B" w:rsidRDefault="00D63158" w:rsidP="00360DC3">
      <w:pPr>
        <w:jc w:val="center"/>
        <w:rPr>
          <w:rFonts w:asciiTheme="majorHAnsi" w:hAnsiTheme="majorHAnsi" w:cstheme="majorHAnsi"/>
          <w:b/>
          <w:lang w:val="pl-PL"/>
        </w:rPr>
      </w:pPr>
      <w:r w:rsidRPr="0010155B">
        <w:rPr>
          <w:rFonts w:asciiTheme="majorHAnsi" w:hAnsiTheme="majorHAnsi" w:cstheme="majorHAnsi"/>
          <w:b/>
          <w:lang w:val="pl-PL"/>
        </w:rPr>
        <w:t>ZAŚWIADCZENIE</w:t>
      </w:r>
      <w:r w:rsidR="00B20311" w:rsidRPr="0010155B">
        <w:rPr>
          <w:rFonts w:asciiTheme="majorHAnsi" w:hAnsiTheme="majorHAnsi" w:cstheme="majorHAnsi"/>
          <w:b/>
          <w:lang w:val="pl-PL"/>
        </w:rPr>
        <w:t xml:space="preserve"> </w:t>
      </w:r>
      <w:r w:rsidR="00A53348" w:rsidRPr="0010155B">
        <w:rPr>
          <w:rFonts w:asciiTheme="majorHAnsi" w:hAnsiTheme="majorHAnsi" w:cstheme="majorHAnsi"/>
          <w:b/>
          <w:lang w:val="pl-PL"/>
        </w:rPr>
        <w:t>–</w:t>
      </w:r>
      <w:r w:rsidR="00B20311" w:rsidRPr="0010155B">
        <w:rPr>
          <w:rFonts w:asciiTheme="majorHAnsi" w:hAnsiTheme="majorHAnsi" w:cstheme="majorHAnsi"/>
          <w:b/>
          <w:lang w:val="pl-PL"/>
        </w:rPr>
        <w:t xml:space="preserve"> WZÓR</w:t>
      </w:r>
      <w:r w:rsidR="00A53348" w:rsidRPr="0010155B">
        <w:rPr>
          <w:rStyle w:val="Odwoanieprzypisudolnego"/>
          <w:rFonts w:asciiTheme="majorHAnsi" w:hAnsiTheme="majorHAnsi" w:cstheme="majorHAnsi"/>
          <w:b/>
          <w:lang w:val="pl-PL"/>
        </w:rPr>
        <w:footnoteReference w:id="1"/>
      </w:r>
    </w:p>
    <w:p w14:paraId="5B0EFE18" w14:textId="036C57F4" w:rsidR="00B20311" w:rsidRPr="0010155B" w:rsidRDefault="00360DC3" w:rsidP="00360DC3">
      <w:pPr>
        <w:jc w:val="center"/>
        <w:rPr>
          <w:rFonts w:asciiTheme="majorHAnsi" w:hAnsiTheme="majorHAnsi" w:cstheme="majorHAnsi"/>
          <w:lang w:val="pl-PL"/>
        </w:rPr>
      </w:pPr>
      <w:r w:rsidRPr="0010155B">
        <w:rPr>
          <w:rFonts w:asciiTheme="majorHAnsi" w:hAnsiTheme="majorHAnsi" w:cstheme="majorHAnsi"/>
          <w:lang w:val="pl-PL"/>
        </w:rPr>
        <w:t>[dotyczy opiekunów osoby z niepełnosprawnością]</w:t>
      </w:r>
    </w:p>
    <w:p w14:paraId="444628A2" w14:textId="77777777" w:rsidR="00360DC3" w:rsidRPr="0010155B" w:rsidRDefault="00360DC3" w:rsidP="00360DC3">
      <w:pPr>
        <w:jc w:val="center"/>
        <w:rPr>
          <w:rFonts w:asciiTheme="majorHAnsi" w:hAnsiTheme="majorHAnsi" w:cstheme="majorHAnsi"/>
          <w:lang w:val="pl-PL"/>
        </w:rPr>
      </w:pPr>
    </w:p>
    <w:p w14:paraId="1B97CF65" w14:textId="2A4CB02A" w:rsidR="00372E01" w:rsidRPr="0010155B" w:rsidRDefault="00D63158">
      <w:pPr>
        <w:rPr>
          <w:rFonts w:asciiTheme="majorHAnsi" w:hAnsiTheme="majorHAnsi" w:cstheme="majorHAnsi"/>
          <w:lang w:val="pl-PL"/>
        </w:rPr>
      </w:pPr>
      <w:r w:rsidRPr="0010155B">
        <w:rPr>
          <w:rFonts w:asciiTheme="majorHAnsi" w:hAnsiTheme="majorHAnsi" w:cstheme="majorHAnsi"/>
          <w:lang w:val="pl-PL"/>
        </w:rPr>
        <w:t>Powiatowy Urząd Pracy w .................................................... zaświadcza, że</w:t>
      </w:r>
    </w:p>
    <w:p w14:paraId="29FC17B4" w14:textId="77777777" w:rsidR="00372E01" w:rsidRPr="0010155B" w:rsidRDefault="00D63158">
      <w:pPr>
        <w:rPr>
          <w:rFonts w:asciiTheme="majorHAnsi" w:hAnsiTheme="majorHAnsi" w:cstheme="majorHAnsi"/>
          <w:lang w:val="pl-PL"/>
        </w:rPr>
      </w:pPr>
      <w:r w:rsidRPr="0010155B">
        <w:rPr>
          <w:rFonts w:asciiTheme="majorHAnsi" w:hAnsiTheme="majorHAnsi" w:cstheme="majorHAnsi"/>
          <w:lang w:val="pl-PL"/>
        </w:rPr>
        <w:t>Pan/Pani: ....................................................</w:t>
      </w:r>
    </w:p>
    <w:p w14:paraId="47262F34" w14:textId="0BF6962E" w:rsidR="00372E01" w:rsidRPr="0010155B" w:rsidRDefault="00D63158">
      <w:pPr>
        <w:rPr>
          <w:rFonts w:asciiTheme="majorHAnsi" w:hAnsiTheme="majorHAnsi" w:cstheme="majorHAnsi"/>
          <w:lang w:val="pl-PL"/>
        </w:rPr>
      </w:pPr>
      <w:r w:rsidRPr="0010155B">
        <w:rPr>
          <w:rFonts w:asciiTheme="majorHAnsi" w:hAnsiTheme="majorHAnsi" w:cstheme="majorHAnsi"/>
          <w:lang w:val="pl-PL"/>
        </w:rPr>
        <w:t>PESEL: ....................................................</w:t>
      </w:r>
      <w:r w:rsidR="0010155B">
        <w:rPr>
          <w:rFonts w:asciiTheme="majorHAnsi" w:hAnsiTheme="majorHAnsi" w:cstheme="majorHAnsi"/>
          <w:lang w:val="pl-PL"/>
        </w:rPr>
        <w:t>.....</w:t>
      </w:r>
    </w:p>
    <w:p w14:paraId="1EEDBD6D" w14:textId="77777777" w:rsidR="00372E01" w:rsidRPr="0010155B" w:rsidRDefault="00D63158">
      <w:pPr>
        <w:rPr>
          <w:rFonts w:asciiTheme="majorHAnsi" w:hAnsiTheme="majorHAnsi" w:cstheme="majorHAnsi"/>
          <w:lang w:val="pl-PL"/>
        </w:rPr>
      </w:pPr>
      <w:r w:rsidRPr="0010155B">
        <w:rPr>
          <w:rFonts w:asciiTheme="majorHAnsi" w:hAnsiTheme="majorHAnsi" w:cstheme="majorHAnsi"/>
          <w:lang w:val="pl-PL"/>
        </w:rPr>
        <w:t>Adres zamieszkania: ....................................................</w:t>
      </w:r>
    </w:p>
    <w:p w14:paraId="010AFED8" w14:textId="77777777" w:rsidR="00B20311" w:rsidRPr="0010155B" w:rsidRDefault="00B20311">
      <w:pPr>
        <w:rPr>
          <w:rFonts w:asciiTheme="majorHAnsi" w:hAnsiTheme="majorHAnsi" w:cstheme="majorHAnsi"/>
          <w:lang w:val="pl-PL"/>
        </w:rPr>
      </w:pPr>
    </w:p>
    <w:p w14:paraId="2188C8C7" w14:textId="1DAEF781" w:rsidR="00372E01" w:rsidRPr="0010155B" w:rsidRDefault="00D63158" w:rsidP="00D10771">
      <w:pPr>
        <w:jc w:val="both"/>
        <w:rPr>
          <w:rFonts w:asciiTheme="majorHAnsi" w:hAnsiTheme="majorHAnsi" w:cstheme="majorHAnsi"/>
          <w:lang w:val="pl-PL"/>
        </w:rPr>
      </w:pPr>
      <w:r w:rsidRPr="0010155B">
        <w:rPr>
          <w:rFonts w:asciiTheme="majorHAnsi" w:hAnsiTheme="majorHAnsi" w:cstheme="majorHAnsi"/>
          <w:lang w:val="pl-PL"/>
        </w:rPr>
        <w:t>na dzień</w:t>
      </w:r>
      <w:r w:rsidR="00A81EDB" w:rsidRPr="0010155B">
        <w:rPr>
          <w:rFonts w:asciiTheme="majorHAnsi" w:hAnsiTheme="majorHAnsi" w:cstheme="majorHAnsi"/>
          <w:lang w:val="pl-PL"/>
        </w:rPr>
        <w:t xml:space="preserve"> </w:t>
      </w:r>
      <w:r w:rsidR="00A064E1" w:rsidRPr="0010155B">
        <w:rPr>
          <w:rFonts w:asciiTheme="majorHAnsi" w:hAnsiTheme="majorHAnsi" w:cstheme="majorHAnsi"/>
          <w:lang w:val="pl-PL"/>
        </w:rPr>
        <w:t xml:space="preserve">……………………. r. </w:t>
      </w:r>
      <w:r w:rsidR="0010155B">
        <w:rPr>
          <w:rFonts w:asciiTheme="majorHAnsi" w:hAnsiTheme="majorHAnsi" w:cstheme="majorHAnsi"/>
          <w:b/>
          <w:lang w:val="pl-PL"/>
        </w:rPr>
        <w:t>(</w:t>
      </w:r>
      <w:r w:rsidR="0010155B">
        <w:rPr>
          <w:rFonts w:asciiTheme="majorHAnsi" w:hAnsiTheme="majorHAnsi" w:cstheme="majorHAnsi"/>
          <w:b/>
          <w:bCs/>
          <w:lang w:val="pl-PL"/>
        </w:rPr>
        <w:t>data złożenia wniosku o pożyczkę</w:t>
      </w:r>
      <w:r w:rsidR="0010155B">
        <w:rPr>
          <w:rFonts w:asciiTheme="majorHAnsi" w:hAnsiTheme="majorHAnsi" w:cstheme="majorHAnsi"/>
          <w:b/>
          <w:lang w:val="pl-PL"/>
        </w:rPr>
        <w:t xml:space="preserve"> na podjęcie działalności gospodarczej):</w:t>
      </w:r>
    </w:p>
    <w:p w14:paraId="1A23F63B" w14:textId="65061F7F" w:rsidR="00360DC3" w:rsidRPr="0010155B" w:rsidRDefault="00360DC3" w:rsidP="00360DC3">
      <w:pPr>
        <w:pStyle w:val="Akapitzlist"/>
        <w:numPr>
          <w:ilvl w:val="0"/>
          <w:numId w:val="12"/>
        </w:numPr>
        <w:ind w:left="426"/>
        <w:jc w:val="both"/>
        <w:rPr>
          <w:rFonts w:asciiTheme="majorHAnsi" w:hAnsiTheme="majorHAnsi" w:cstheme="majorHAnsi"/>
          <w:lang w:val="pl-PL"/>
        </w:rPr>
      </w:pPr>
      <w:r w:rsidRPr="0010155B">
        <w:rPr>
          <w:rFonts w:asciiTheme="majorHAnsi" w:hAnsiTheme="majorHAnsi" w:cstheme="majorHAnsi"/>
          <w:lang w:val="pl-PL"/>
        </w:rPr>
        <w:t>był/a opiekunem osoby z niepełnosprawnością,</w:t>
      </w:r>
    </w:p>
    <w:p w14:paraId="178B4D64" w14:textId="6965441C" w:rsidR="00372E01" w:rsidRPr="0010155B" w:rsidRDefault="00A064E1" w:rsidP="00360DC3">
      <w:pPr>
        <w:pStyle w:val="Akapitzlist"/>
        <w:numPr>
          <w:ilvl w:val="0"/>
          <w:numId w:val="12"/>
        </w:numPr>
        <w:ind w:left="426"/>
        <w:jc w:val="both"/>
        <w:rPr>
          <w:rFonts w:asciiTheme="majorHAnsi" w:hAnsiTheme="majorHAnsi" w:cstheme="majorHAnsi"/>
          <w:lang w:val="pl-PL"/>
        </w:rPr>
      </w:pPr>
      <w:r w:rsidRPr="0010155B">
        <w:rPr>
          <w:rFonts w:asciiTheme="majorHAnsi" w:hAnsiTheme="majorHAnsi" w:cstheme="majorHAnsi"/>
          <w:lang w:val="pl-PL"/>
        </w:rPr>
        <w:t xml:space="preserve">był/a zarejestrowany/a jako osoba </w:t>
      </w:r>
      <w:r w:rsidR="00360DC3" w:rsidRPr="0010155B">
        <w:rPr>
          <w:rFonts w:asciiTheme="majorHAnsi" w:hAnsiTheme="majorHAnsi" w:cstheme="majorHAnsi"/>
          <w:lang w:val="pl-PL"/>
        </w:rPr>
        <w:t>poszukująca pracy,</w:t>
      </w:r>
    </w:p>
    <w:p w14:paraId="5624B9A9" w14:textId="6CF2E579" w:rsidR="00372E01" w:rsidRPr="0010155B" w:rsidRDefault="00A064E1" w:rsidP="00360DC3">
      <w:pPr>
        <w:pStyle w:val="Akapitzlist"/>
        <w:numPr>
          <w:ilvl w:val="0"/>
          <w:numId w:val="12"/>
        </w:numPr>
        <w:ind w:left="426"/>
        <w:jc w:val="both"/>
        <w:rPr>
          <w:rFonts w:asciiTheme="majorHAnsi" w:hAnsiTheme="majorHAnsi" w:cstheme="majorHAnsi"/>
          <w:lang w:val="pl-PL"/>
        </w:rPr>
      </w:pPr>
      <w:r w:rsidRPr="0010155B">
        <w:rPr>
          <w:rFonts w:asciiTheme="majorHAnsi" w:hAnsiTheme="majorHAnsi" w:cstheme="majorHAnsi"/>
          <w:lang w:val="pl-PL"/>
        </w:rPr>
        <w:t>nie otrzymał/a bezzwrotnych środków Funduszu Pracy lub innych bezzwrotnych środków publicznych na podjęcie działalności gospodarczej lub rolniczej, założenie lub przystąpienie do spółdzielni socjalnej</w:t>
      </w:r>
    </w:p>
    <w:p w14:paraId="7A153876" w14:textId="3D5A4419" w:rsidR="00A064E1" w:rsidRPr="0010155B" w:rsidRDefault="00360DC3" w:rsidP="00360DC3">
      <w:pPr>
        <w:pStyle w:val="Akapitzlist"/>
        <w:numPr>
          <w:ilvl w:val="0"/>
          <w:numId w:val="12"/>
        </w:numPr>
        <w:ind w:left="426"/>
        <w:jc w:val="both"/>
        <w:rPr>
          <w:rFonts w:asciiTheme="majorHAnsi" w:hAnsiTheme="majorHAnsi" w:cstheme="majorHAnsi"/>
          <w:lang w:val="pl-PL"/>
        </w:rPr>
      </w:pPr>
      <w:r w:rsidRPr="0010155B">
        <w:rPr>
          <w:rFonts w:asciiTheme="majorHAnsi" w:hAnsiTheme="majorHAnsi" w:cstheme="majorHAnsi"/>
          <w:lang w:val="pl-PL"/>
        </w:rPr>
        <w:t>w okresie 12 miesięcy bezpośrednio poprzedzających dzień wskazany powyżej, nie przerwał z własnej winy szkolenia, stażu, pracy interwencyjnej, studiów podyplomowych, przygotowania zawodowego dorosłych.</w:t>
      </w:r>
    </w:p>
    <w:p w14:paraId="59F37B68" w14:textId="2F237132" w:rsidR="00372E01" w:rsidRPr="0010155B" w:rsidRDefault="00372E01">
      <w:pPr>
        <w:rPr>
          <w:rFonts w:asciiTheme="majorHAnsi" w:hAnsiTheme="majorHAnsi" w:cstheme="majorHAnsi"/>
          <w:lang w:val="pl-PL"/>
        </w:rPr>
      </w:pPr>
    </w:p>
    <w:p w14:paraId="6CD23E03" w14:textId="6D173580" w:rsidR="00372E01" w:rsidRPr="0010155B" w:rsidRDefault="00D63158">
      <w:pPr>
        <w:rPr>
          <w:rFonts w:asciiTheme="majorHAnsi" w:hAnsiTheme="majorHAnsi" w:cstheme="majorHAnsi"/>
          <w:lang w:val="pl-PL"/>
        </w:rPr>
      </w:pPr>
      <w:r w:rsidRPr="0010155B">
        <w:rPr>
          <w:rFonts w:asciiTheme="majorHAnsi" w:hAnsiTheme="majorHAnsi" w:cstheme="majorHAnsi"/>
          <w:lang w:val="pl-PL"/>
        </w:rPr>
        <w:t>Data wystawienia</w:t>
      </w:r>
      <w:r w:rsidR="006D6884">
        <w:rPr>
          <w:rFonts w:asciiTheme="majorHAnsi" w:hAnsiTheme="majorHAnsi" w:cstheme="majorHAnsi"/>
          <w:lang w:val="pl-PL"/>
        </w:rPr>
        <w:t>*</w:t>
      </w:r>
      <w:r w:rsidRPr="0010155B">
        <w:rPr>
          <w:rFonts w:asciiTheme="majorHAnsi" w:hAnsiTheme="majorHAnsi" w:cstheme="majorHAnsi"/>
          <w:lang w:val="pl-PL"/>
        </w:rPr>
        <w:t>: ....................................................</w:t>
      </w:r>
    </w:p>
    <w:p w14:paraId="5B6DA042" w14:textId="77777777" w:rsidR="00A064E1" w:rsidRPr="0010155B" w:rsidRDefault="00A064E1">
      <w:pPr>
        <w:rPr>
          <w:rFonts w:asciiTheme="majorHAnsi" w:hAnsiTheme="majorHAnsi" w:cstheme="majorHAnsi"/>
          <w:lang w:val="pl-PL"/>
        </w:rPr>
      </w:pPr>
    </w:p>
    <w:p w14:paraId="58A1F53F" w14:textId="77E30617" w:rsidR="00372E01" w:rsidRPr="0010155B" w:rsidRDefault="00D63158">
      <w:pPr>
        <w:rPr>
          <w:rFonts w:asciiTheme="majorHAnsi" w:hAnsiTheme="majorHAnsi" w:cstheme="majorHAnsi"/>
          <w:lang w:val="pl-PL"/>
        </w:rPr>
      </w:pPr>
      <w:r w:rsidRPr="0010155B">
        <w:rPr>
          <w:rFonts w:asciiTheme="majorHAnsi" w:hAnsiTheme="majorHAnsi" w:cstheme="majorHAnsi"/>
          <w:lang w:val="pl-PL"/>
        </w:rPr>
        <w:t>Podpis i pieczęć urzędu: ....................................................</w:t>
      </w:r>
    </w:p>
    <w:sectPr w:rsidR="00372E01" w:rsidRPr="0010155B" w:rsidSect="00A5334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Fmt w:val="chicago"/>
      </w:footnotePr>
      <w:type w:val="continuous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BB93C7" w14:textId="77777777" w:rsidR="006D6884" w:rsidRDefault="006D6884" w:rsidP="00A064E1">
      <w:pPr>
        <w:spacing w:after="0" w:line="240" w:lineRule="auto"/>
      </w:pPr>
      <w:r>
        <w:separator/>
      </w:r>
    </w:p>
  </w:endnote>
  <w:endnote w:type="continuationSeparator" w:id="0">
    <w:p w14:paraId="37ED6541" w14:textId="77777777" w:rsidR="006D6884" w:rsidRDefault="006D6884" w:rsidP="00A064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273EBB" w14:textId="77777777" w:rsidR="002921B7" w:rsidRDefault="002921B7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B534EB" w14:textId="77777777" w:rsidR="002921B7" w:rsidRDefault="002921B7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C08F9F" w14:textId="77777777" w:rsidR="002921B7" w:rsidRDefault="002921B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675699" w14:textId="77777777" w:rsidR="006D6884" w:rsidRDefault="006D6884" w:rsidP="00A064E1">
      <w:pPr>
        <w:spacing w:after="0" w:line="240" w:lineRule="auto"/>
      </w:pPr>
      <w:r>
        <w:separator/>
      </w:r>
    </w:p>
  </w:footnote>
  <w:footnote w:type="continuationSeparator" w:id="0">
    <w:p w14:paraId="61AF26CC" w14:textId="77777777" w:rsidR="006D6884" w:rsidRDefault="006D6884" w:rsidP="00A064E1">
      <w:pPr>
        <w:spacing w:after="0" w:line="240" w:lineRule="auto"/>
      </w:pPr>
      <w:r>
        <w:continuationSeparator/>
      </w:r>
    </w:p>
  </w:footnote>
  <w:footnote w:id="1">
    <w:p w14:paraId="282DF1E2" w14:textId="4EE88866" w:rsidR="006D6884" w:rsidRPr="00D10771" w:rsidRDefault="006D6884">
      <w:pPr>
        <w:pStyle w:val="Tekstprzypisudolnego"/>
        <w:rPr>
          <w:lang w:val="pl-PL"/>
        </w:rPr>
      </w:pPr>
      <w:r w:rsidRPr="00A53348">
        <w:rPr>
          <w:rStyle w:val="Odwoanieprzypisudolnego"/>
          <w:sz w:val="32"/>
          <w:szCs w:val="32"/>
        </w:rPr>
        <w:footnoteRef/>
      </w:r>
      <w:r w:rsidRPr="00D10771">
        <w:rPr>
          <w:sz w:val="22"/>
          <w:szCs w:val="22"/>
        </w:rPr>
        <w:t xml:space="preserve"> </w:t>
      </w:r>
      <w:r w:rsidRPr="00133F23">
        <w:rPr>
          <w:rFonts w:asciiTheme="majorHAnsi" w:hAnsiTheme="majorHAnsi" w:cstheme="majorHAnsi"/>
          <w:lang w:val="pl-PL"/>
        </w:rPr>
        <w:t>Zaświadczenie nie starsze niż 30 dni na dzień złożenia Wniosku o umorzenie</w:t>
      </w:r>
      <w:r>
        <w:rPr>
          <w:rFonts w:asciiTheme="majorHAnsi" w:hAnsiTheme="majorHAnsi" w:cstheme="majorHAnsi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010F17" w14:textId="77777777" w:rsidR="002921B7" w:rsidRDefault="002921B7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32A853" w14:textId="45527350" w:rsidR="006D6884" w:rsidRDefault="006D6884" w:rsidP="0010155B">
    <w:pPr>
      <w:pStyle w:val="Nagwek"/>
      <w:ind w:right="-716"/>
      <w:jc w:val="right"/>
      <w:rPr>
        <w:rFonts w:asciiTheme="majorHAnsi" w:hAnsiTheme="majorHAnsi" w:cstheme="majorHAnsi"/>
        <w:sz w:val="18"/>
        <w:szCs w:val="18"/>
      </w:rPr>
    </w:pPr>
    <w:bookmarkStart w:id="0" w:name="_GoBack"/>
    <w:r>
      <w:rPr>
        <w:rFonts w:asciiTheme="majorHAnsi" w:hAnsiTheme="majorHAnsi" w:cstheme="majorHAnsi"/>
        <w:sz w:val="18"/>
        <w:szCs w:val="18"/>
      </w:rPr>
      <w:t>Załącznik nr 2  do Wniosku o umorzenie pożyczki</w:t>
    </w:r>
  </w:p>
  <w:bookmarkEnd w:id="0"/>
  <w:p w14:paraId="745D3851" w14:textId="06943628" w:rsidR="006D6884" w:rsidRDefault="006D6884">
    <w:pPr>
      <w:pStyle w:val="Nagwek"/>
    </w:pPr>
  </w:p>
  <w:p w14:paraId="55EC9943" w14:textId="77777777" w:rsidR="006D6884" w:rsidRDefault="006D6884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EDA2F9" w14:textId="77777777" w:rsidR="002921B7" w:rsidRDefault="002921B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16172D92"/>
    <w:multiLevelType w:val="hybridMultilevel"/>
    <w:tmpl w:val="069030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B2041E"/>
    <w:multiLevelType w:val="hybridMultilevel"/>
    <w:tmpl w:val="50287BB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C24BDC"/>
    <w:multiLevelType w:val="hybridMultilevel"/>
    <w:tmpl w:val="1A92BF2A"/>
    <w:lvl w:ilvl="0" w:tplc="FA1A38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2290688"/>
    <w:multiLevelType w:val="hybridMultilevel"/>
    <w:tmpl w:val="9E40758A"/>
    <w:lvl w:ilvl="0" w:tplc="BD2CF062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1"/>
  </w:num>
  <w:num w:numId="11">
    <w:abstractNumId w:val="10"/>
  </w:num>
  <w:num w:numId="12">
    <w:abstractNumId w:val="9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/>
  <w:defaultTabStop w:val="720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0155B"/>
    <w:rsid w:val="0015074B"/>
    <w:rsid w:val="002921B7"/>
    <w:rsid w:val="0029639D"/>
    <w:rsid w:val="00326F90"/>
    <w:rsid w:val="00360DC3"/>
    <w:rsid w:val="00372E01"/>
    <w:rsid w:val="00522BD0"/>
    <w:rsid w:val="005B06A8"/>
    <w:rsid w:val="006D6884"/>
    <w:rsid w:val="006F291A"/>
    <w:rsid w:val="009966A6"/>
    <w:rsid w:val="00A064E1"/>
    <w:rsid w:val="00A53348"/>
    <w:rsid w:val="00A81EDB"/>
    <w:rsid w:val="00AA1D8D"/>
    <w:rsid w:val="00B20311"/>
    <w:rsid w:val="00B47730"/>
    <w:rsid w:val="00B71FAE"/>
    <w:rsid w:val="00CB0664"/>
    <w:rsid w:val="00D10771"/>
    <w:rsid w:val="00D63158"/>
    <w:rsid w:val="00D910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1CE43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064E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064E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064E1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015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15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064E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064E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064E1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015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15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842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D1124CB-BED5-4CA3-86AB-7B010202E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159</Words>
  <Characters>955</Characters>
  <Application>Microsoft Office Word</Application>
  <DocSecurity>0</DocSecurity>
  <Lines>7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1112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User</cp:lastModifiedBy>
  <cp:revision>3</cp:revision>
  <cp:lastPrinted>2025-04-25T09:40:00Z</cp:lastPrinted>
  <dcterms:created xsi:type="dcterms:W3CDTF">2025-10-30T09:31:00Z</dcterms:created>
  <dcterms:modified xsi:type="dcterms:W3CDTF">2025-10-30T12:06:00Z</dcterms:modified>
</cp:coreProperties>
</file>